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
    <w:p/>
    <w:p/>
    <w:p/>
    <w:p>
      <w:r>
        <w:rPr>
          <w:rFonts w:ascii="Georgia" w:hAnsi="Georgia"/>
          <w:b/>
          <w:color w:val="A11442"/>
          <w:sz w:val="68"/>
        </w:rPr>
        <w:t>Supreme Self-Confidence</w:t>
      </w:r>
    </w:p>
    <w:p>
      <w:r>
        <w:rPr>
          <w:rFonts w:ascii="Georgia" w:hAnsi="Georgia"/>
          <w:color w:val="3F4345"/>
          <w:sz w:val="40"/>
        </w:rPr>
        <w:t>Affiliate swipe pack</w:t>
      </w:r>
    </w:p>
    <w:p>
      <w:r>
        <w:rPr>
          <w:sz w:val="26"/>
        </w:rPr>
        <w:t>You earn 75% on the course, 75% on every upsell and 35% on recurring billing, and ClickBank tracks your link for 60 days.</w:t>
      </w:r>
    </w:p>
    <w:p>
      <w:r>
        <w:rPr>
          <w:b/>
          <w:sz w:val="24"/>
        </w:rPr>
        <w:t>Replace [YOUR HOPLINK] with your own hoplink from https://aff.meetysweet.com/selfconfidence/links/</w:t>
      </w:r>
    </w:p>
    <w:p>
      <w:r>
        <w:t>Replace [First name] with your autoresponder’s first-name tag. Send only to people who asked to hear from you, and keep the affiliate-link note on every social post.</w:t>
      </w:r>
    </w:p>
    <w:p>
      <w:r>
        <w:rPr>
          <w:i/>
        </w:rPr>
        <w:t>Contents: Emails, Newsletter inserts, Social posts and hooks.</w:t>
      </w:r>
    </w:p>
    <w:p>
      <w:r>
        <w:br w:type="page"/>
      </w:r>
    </w:p>
    <w:p>
      <w:pPr>
        <w:pStyle w:val="Heading1"/>
      </w:pPr>
      <w:r>
        <w:t>Emails</w:t>
      </w:r>
    </w:p>
    <w:p>
      <w:pPr>
        <w:pStyle w:val="Heading2"/>
      </w:pPr>
      <w:r>
        <w:t>New swipe emails (rewritten November 2026)</w:t>
      </w:r>
    </w:p>
    <w:p>
      <w:r>
        <w:rPr>
          <w:b w:val="0"/>
        </w:rPr>
        <w:t xml:space="preserve">Each email has three subject lines to test, a preview line and the body. Your hoplink is filled in for you once you have saved it on the Promotion Links page. Swap </w:t>
      </w:r>
      <w:r>
        <w:rPr>
          <w:b/>
        </w:rPr>
        <w:t>[First name]</w:t>
      </w:r>
      <w:r>
        <w:rPr>
          <w:b w:val="0"/>
        </w:rPr>
        <w:t xml:space="preserve"> for your autoresponder's first-name tag, and fill in any line in [square brackets] in your own words before you send.</w:t>
      </w:r>
    </w:p>
    <w:p>
      <w:pPr>
        <w:pStyle w:val="Heading3"/>
      </w:pPr>
      <w:r>
        <w:t>1. Cold list intro #1 (women) - use your confwom link: Story: the one across the room / shyness read as coldness</w:t>
      </w:r>
    </w:p>
    <w:p>
      <w:r>
        <w:rPr>
          <w:b/>
        </w:rPr>
        <w:t>Subject: He thought you weren't interested</w:t>
      </w:r>
    </w:p>
    <w:p>
      <w:r>
        <w:rPr>
          <w:b/>
        </w:rPr>
        <w:t>Subject: Talk to him without the shaky voice</w:t>
      </w:r>
    </w:p>
    <w:p>
      <w:r>
        <w:rPr>
          <w:b/>
        </w:rPr>
        <w:t>Subject: This one made me think of you</w:t>
      </w:r>
    </w:p>
    <w:p>
      <w:r>
        <w:rPr>
          <w:b w:val="0"/>
        </w:rPr>
        <w:t>Preview line: What he saw when you stayed by the window.</w:t>
      </w:r>
    </w:p>
    <w:p>
      <w:r>
        <w:rPr>
          <w:b w:val="0"/>
        </w:rPr>
        <w:t>Hi [First name],</w:t>
      </w:r>
    </w:p>
    <w:p>
      <w:r>
        <w:rPr>
          <w:b w:val="0"/>
        </w:rPr>
        <w:t>Picture a friend's birthday drinks on a Friday night. There's a man by the window you've noticed twice already. You rehearse a first line in your head, take a sip, rehearse it again, and then he picks up his coat and leaves.</w:t>
      </w:r>
    </w:p>
    <w:p>
      <w:r>
        <w:rPr>
          <w:b w:val="0"/>
        </w:rPr>
        <w:t>Here's the part that stings. From where he stood, you probably looked like you weren't interested. People pick up on nervousness, and they often read it as coldness, as if you had rejected them first. You never said a word, and he went home thinking you didn't like him.</w:t>
      </w:r>
    </w:p>
    <w:p>
      <w:r>
        <w:rPr>
          <w:b w:val="0"/>
        </w:rPr>
        <w:t>Slade Shaw writes about exactly this in Supreme Self-Confidence in Dating, Relationships &amp; Social Situations, a downloadable guide from Meet Your Sweet with its own edition for women. There's a section on what shyness is and how other people see it, a way to use the fear of rejection so it stops freezing you, and a method for building a small set of stories and topics so you always have something to say.</w:t>
      </w:r>
    </w:p>
    <w:p>
      <w:r>
        <w:rPr>
          <w:b w:val="0"/>
        </w:rPr>
        <w:t>You can see everything in the women's edition here:</w:t>
      </w:r>
    </w:p>
    <w:p>
      <w:r>
        <w:rPr>
          <w:b w:val="0"/>
        </w:rPr>
        <w:t>[YOUR HOPLINK]</w:t>
      </w:r>
    </w:p>
    <w:p>
      <w:r>
        <w:rPr>
          <w:b w:val="0"/>
        </w:rPr>
        <w:t>It's one payment of $47, and you have 60 days to ask for a full refund by email if it isn't for you.</w:t>
      </w:r>
    </w:p>
    <w:p>
      <w:r>
        <w:rPr>
          <w:b w:val="0"/>
        </w:rPr>
        <w:t>Talk soon,</w:t>
      </w:r>
    </w:p>
    <w:p>
      <w:r>
        <w:rPr>
          <w:b w:val="0"/>
        </w:rPr>
        <w:t>[Your name]</w:t>
      </w:r>
    </w:p>
    <w:p>
      <w:r>
        <w:rPr>
          <w:b w:val="0"/>
        </w:rPr>
        <w:t>P.S. The guide also covers what to do when you blush halfway through a sentence, and why handling it well can make the evening more fun.</w:t>
      </w:r>
    </w:p>
    <w:p>
      <w:r>
        <w:rPr>
          <w:b w:val="0"/>
        </w:rPr>
        <w:t>(I may earn a commission if you buy through my link.)</w:t>
      </w:r>
    </w:p>
    <w:p>
      <w:pPr>
        <w:pStyle w:val="Heading3"/>
      </w:pPr>
      <w:r>
        <w:t>2. Cold list intro #2 (men) - use your confmen link: First impressions stick / never run out of things to say</w:t>
      </w:r>
    </w:p>
    <w:p>
      <w:r>
        <w:rPr>
          <w:b/>
        </w:rPr>
        <w:t>Subject: What she saw when you went quiet</w:t>
      </w:r>
    </w:p>
    <w:p>
      <w:r>
        <w:rPr>
          <w:b/>
        </w:rPr>
        <w:t>Subject: Always have something to say on a date</w:t>
      </w:r>
    </w:p>
    <w:p>
      <w:r>
        <w:rPr>
          <w:b/>
        </w:rPr>
        <w:t>Subject: Quick one about first dates</w:t>
      </w:r>
    </w:p>
    <w:p>
      <w:r>
        <w:rPr>
          <w:b w:val="0"/>
        </w:rPr>
        <w:t>Preview line: First impressions are all she has to go on.</w:t>
      </w:r>
    </w:p>
    <w:p>
      <w:r>
        <w:rPr>
          <w:b w:val="0"/>
        </w:rPr>
        <w:t>Hi [First name],</w:t>
      </w:r>
    </w:p>
    <w:p>
      <w:r>
        <w:rPr>
          <w:b w:val="0"/>
        </w:rPr>
        <w:t>You know the moment. You're in the queue at the coffee shop, she makes a joke about how slow it's moving, and your mind goes blank. You smile, nod, and spend the walk back to the office thinking of six good replies.</w:t>
      </w:r>
    </w:p>
    <w:p>
      <w:r>
        <w:rPr>
          <w:b w:val="0"/>
        </w:rPr>
        <w:t>Slade Shaw makes a blunt point about this in Supreme Self-Confidence. If the only version of you she has met is the one who froze and ran out of things to say, then as far as she knows, that is you. First impressions are hard to change because they're all the other person has.</w:t>
      </w:r>
    </w:p>
    <w:p>
      <w:r>
        <w:rPr>
          <w:b w:val="0"/>
        </w:rPr>
        <w:t>The good news is that conversation is a skill, and his guide treats it like one. The men's edition shows you how to put together your own set of stories and topics so you're never empty-handed, how to read the other person's non-verbal signals so you know when it's going well, and a 5-step exercise for keeping talk and banter flowing. It also goes into fear of rejection and how to make that nervous energy work for you.</w:t>
      </w:r>
    </w:p>
    <w:p>
      <w:r>
        <w:rPr>
          <w:b w:val="0"/>
        </w:rPr>
        <w:t>Here's the men's edition:</w:t>
      </w:r>
    </w:p>
    <w:p>
      <w:r>
        <w:rPr>
          <w:b w:val="0"/>
        </w:rPr>
        <w:t>[YOUR HOPLINK]</w:t>
      </w:r>
    </w:p>
    <w:p>
      <w:r>
        <w:rPr>
          <w:b w:val="0"/>
        </w:rPr>
        <w:t>It's $47, one payment, instant download, and it's covered by a 60-day money-back guarantee.</w:t>
      </w:r>
    </w:p>
    <w:p>
      <w:r>
        <w:rPr>
          <w:b w:val="0"/>
        </w:rPr>
        <w:t>Cheers,</w:t>
      </w:r>
    </w:p>
    <w:p>
      <w:r>
        <w:rPr>
          <w:b w:val="0"/>
        </w:rPr>
        <w:t>[Your name]</w:t>
      </w:r>
    </w:p>
    <w:p>
      <w:r>
        <w:rPr>
          <w:b w:val="0"/>
        </w:rPr>
        <w:t>P.S. There's a section on the attitude to take when you fumble a line or go red. Handled well, it can make the date more fun.</w:t>
      </w:r>
    </w:p>
    <w:p>
      <w:r>
        <w:rPr>
          <w:b w:val="0"/>
        </w:rPr>
        <w:t>(I may earn a commission if you buy through my link.)</w:t>
      </w:r>
    </w:p>
    <w:p>
      <w:pPr>
        <w:pStyle w:val="Heading3"/>
      </w:pPr>
      <w:r>
        <w:t>3. Warm recommendation #1 (women) - use your confwom link: Counterintuitive: 'don't be silly' backfires</w:t>
      </w:r>
    </w:p>
    <w:p>
      <w:r>
        <w:rPr>
          <w:b/>
        </w:rPr>
        <w:t>Subject: Why 'don't be silly' backfires</w:t>
      </w:r>
    </w:p>
    <w:p>
      <w:r>
        <w:rPr>
          <w:b/>
        </w:rPr>
        <w:t>Subject: Calm the worry loop before a date</w:t>
      </w:r>
    </w:p>
    <w:p>
      <w:r>
        <w:rPr>
          <w:b/>
        </w:rPr>
        <w:t>Subject: Something I wish I'd read sooner</w:t>
      </w:r>
    </w:p>
    <w:p>
      <w:r>
        <w:rPr>
          <w:b w:val="0"/>
        </w:rPr>
        <w:t>Preview line: The thing we all tell ourselves can make nerves worse.</w:t>
      </w:r>
    </w:p>
    <w:p>
      <w:r>
        <w:rPr>
          <w:b w:val="0"/>
        </w:rPr>
        <w:t>Hi [First name],</w:t>
      </w:r>
    </w:p>
    <w:p>
      <w:r>
        <w:rPr>
          <w:b w:val="0"/>
        </w:rPr>
        <w:t>When nerves kick in before a date, most of us do the same thing. We tell ourselves, "There's nothing to worry about, don't be so silly," and push the feeling down.</w:t>
      </w:r>
    </w:p>
    <w:p>
      <w:r>
        <w:rPr>
          <w:b w:val="0"/>
        </w:rPr>
        <w:t>I was surprised to read that this can make the fear worse. It's one of the first ideas in Supreme Self-Confidence, Slade Shaw's guide for women in dating, relationships and social situations, and it changed how I think about those pre-date jitters.</w:t>
      </w:r>
    </w:p>
    <w:p>
      <w:r>
        <w:rPr>
          <w:b w:val="0"/>
        </w:rPr>
        <w:t>[Add one honest sentence about a time nerves got the better of you, or why this matters to your readers.]</w:t>
      </w:r>
    </w:p>
    <w:p>
      <w:r>
        <w:rPr>
          <w:b w:val="0"/>
        </w:rPr>
        <w:t>Instead of fighting the worried thought, the guide shows you what to do with it so it loses its grip, plus a simple technique for quieting your mind when it's racing. From there it moves into what shows up on the date itself: the negative chatter in your head, comparing yourself to other women, and the habit of believing you have to lose a few pounds before you're allowed to feel attractive.</w:t>
      </w:r>
    </w:p>
    <w:p>
      <w:r>
        <w:rPr>
          <w:b w:val="0"/>
        </w:rPr>
        <w:t>If you've ever talked yourself out of a good evening before it started, have a look:</w:t>
      </w:r>
    </w:p>
    <w:p>
      <w:r>
        <w:rPr>
          <w:b w:val="0"/>
        </w:rPr>
        <w:t>[YOUR HOPLINK]</w:t>
      </w:r>
    </w:p>
    <w:p>
      <w:r>
        <w:rPr>
          <w:b w:val="0"/>
        </w:rPr>
        <w:t>It's $47 once, and there's a 60-day refund window if it doesn't suit you.</w:t>
      </w:r>
    </w:p>
    <w:p>
      <w:r>
        <w:rPr>
          <w:b w:val="0"/>
        </w:rPr>
        <w:t>Warmly,</w:t>
      </w:r>
    </w:p>
    <w:p>
      <w:r>
        <w:rPr>
          <w:b w:val="0"/>
        </w:rPr>
        <w:t>[Your name]</w:t>
      </w:r>
    </w:p>
    <w:p>
      <w:r>
        <w:rPr>
          <w:b w:val="0"/>
        </w:rPr>
        <w:t>P.S. It comes with three bonuses, including a self-hypnosis audio on shyness and an audio discussion with dating expert Scot McKay.</w:t>
      </w:r>
    </w:p>
    <w:p>
      <w:r>
        <w:rPr>
          <w:b w:val="0"/>
        </w:rPr>
        <w:t>(I may earn a commission if you buy through my link.)</w:t>
      </w:r>
    </w:p>
    <w:p>
      <w:pPr>
        <w:pStyle w:val="Heading3"/>
      </w:pPr>
      <w:r>
        <w:t>4. Warm recommendation #2 (men) - use your confmen link: Settling for second best / whole, not half</w:t>
      </w:r>
    </w:p>
    <w:p>
      <w:r>
        <w:rPr>
          <w:b/>
        </w:rPr>
        <w:t>Subject: The women you never ask out</w:t>
      </w:r>
    </w:p>
    <w:p>
      <w:r>
        <w:rPr>
          <w:b/>
        </w:rPr>
        <w:t>Subject: Stop settling for second best</w:t>
      </w:r>
    </w:p>
    <w:p>
      <w:r>
        <w:rPr>
          <w:b/>
        </w:rPr>
        <w:t>Subject: An honest note about confidence</w:t>
      </w:r>
    </w:p>
    <w:p>
      <w:r>
        <w:rPr>
          <w:b w:val="0"/>
        </w:rPr>
        <w:t>Preview line: A question from the guide that stuck with me.</w:t>
      </w:r>
    </w:p>
    <w:p>
      <w:r>
        <w:rPr>
          <w:b w:val="0"/>
        </w:rPr>
        <w:t>Hi [First name],</w:t>
      </w:r>
    </w:p>
    <w:p>
      <w:r>
        <w:rPr>
          <w:b w:val="0"/>
        </w:rPr>
        <w:t>Here's a question Slade Shaw asks near the start of Supreme Self-Confidence, and it stuck with me. Have you ever felt you didn't deserve the woman you were really attracted to, so you never asked, and ended up settling?</w:t>
      </w:r>
    </w:p>
    <w:p>
      <w:r>
        <w:rPr>
          <w:b w:val="0"/>
        </w:rPr>
        <w:t>[Add one honest sentence about why this question hit home for you or your readers.]</w:t>
      </w:r>
    </w:p>
    <w:p>
      <w:r>
        <w:rPr>
          <w:b w:val="0"/>
        </w:rPr>
        <w:t>Plenty of men don't call that a confidence problem. They call it being realistic. It plays out the same way every time, though. The woman you'd have loved to take to dinner never hears from you, and someone else asks.</w:t>
      </w:r>
    </w:p>
    <w:p>
      <w:r>
        <w:rPr>
          <w:b w:val="0"/>
        </w:rPr>
        <w:t>The men's edition of the guide works on this from the inside out. It covers the 6 challenges to personal confidence and how each one shows up, the methods people try that can make confidence worse, and how to stop taking other people's comments personally. Then it gets practical about dating: starting a conversation with a woman you've never met, making the date, and spotting the body language that comes across as needy without you realising it.</w:t>
      </w:r>
    </w:p>
    <w:p>
      <w:r>
        <w:rPr>
          <w:b w:val="0"/>
        </w:rPr>
        <w:t>One idea I liked: go into a relationship whole, looking for a woman who complements your life rather than someone to complete it.</w:t>
      </w:r>
    </w:p>
    <w:p>
      <w:r>
        <w:rPr>
          <w:b w:val="0"/>
        </w:rPr>
        <w:t>Take a look here:</w:t>
      </w:r>
    </w:p>
    <w:p>
      <w:r>
        <w:rPr>
          <w:b w:val="0"/>
        </w:rPr>
        <w:t>[YOUR HOPLINK]</w:t>
      </w:r>
    </w:p>
    <w:p>
      <w:r>
        <w:rPr>
          <w:b w:val="0"/>
        </w:rPr>
        <w:t>$47, one payment, 60-day money-back guarantee.</w:t>
      </w:r>
    </w:p>
    <w:p>
      <w:r>
        <w:rPr>
          <w:b w:val="0"/>
        </w:rPr>
        <w:t>Talk soon,</w:t>
      </w:r>
    </w:p>
    <w:p>
      <w:r>
        <w:rPr>
          <w:b w:val="0"/>
        </w:rPr>
        <w:t>[Your name]</w:t>
      </w:r>
    </w:p>
    <w:p>
      <w:r>
        <w:rPr>
          <w:b w:val="0"/>
        </w:rPr>
        <w:t>P.S. The men's bonuses include an audio discussion on inner game with dating expert Marni Kinrys and a self-hypnosis track on shyness.</w:t>
      </w:r>
    </w:p>
    <w:p>
      <w:r>
        <w:rPr>
          <w:b w:val="0"/>
        </w:rPr>
        <w:t>(I may earn a commission if you buy through my link.)</w:t>
      </w:r>
    </w:p>
    <w:p>
      <w:pPr>
        <w:pStyle w:val="Heading3"/>
      </w:pPr>
      <w:r>
        <w:t>5. Evergreen #1 (women, starting over) - use your confwom link: Starting over after divorce</w:t>
      </w:r>
    </w:p>
    <w:p>
      <w:r>
        <w:rPr>
          <w:b/>
        </w:rPr>
        <w:t>Subject: Back out there after the divorce?</w:t>
      </w:r>
    </w:p>
    <w:p>
      <w:r>
        <w:rPr>
          <w:b/>
        </w:rPr>
        <w:t>Subject: Feel like yourself again on dates</w:t>
      </w:r>
    </w:p>
    <w:p>
      <w:r>
        <w:rPr>
          <w:b/>
        </w:rPr>
        <w:t>Subject: For anyone starting over</w:t>
      </w:r>
    </w:p>
    <w:p>
      <w:r>
        <w:rPr>
          <w:b w:val="0"/>
        </w:rPr>
        <w:t>Preview line: For the woman who hasn't dated in fifteen years.</w:t>
      </w:r>
    </w:p>
    <w:p>
      <w:r>
        <w:rPr>
          <w:b w:val="0"/>
        </w:rPr>
        <w:t>Hi [First name],</w:t>
      </w:r>
    </w:p>
    <w:p>
      <w:r>
        <w:rPr>
          <w:b w:val="0"/>
        </w:rPr>
        <w:t>Dating again after a long relationship ends is a strange feeling. You might have been out of the scene for ten or fifteen years, and the woman who used to chat easily at parties now checks her phone so she has something to do with her hands.</w:t>
      </w:r>
    </w:p>
    <w:p>
      <w:r>
        <w:rPr>
          <w:b w:val="0"/>
        </w:rPr>
        <w:t>Supreme Self-Confidence has a section written for that moment: how to bounce back when a confidence crisis follows a break-up, an affair, losing a job or a death, and how to let go of old relationship experiences that keep you from meeting someone new.</w:t>
      </w:r>
    </w:p>
    <w:p>
      <w:r>
        <w:rPr>
          <w:b w:val="0"/>
        </w:rPr>
        <w:t>What I like is that it doesn't stop at mindset. The women's edition also covers how to dress well for your body type, how to walk into a room with relaxed body language, how to start a conversation with a man you've never met, and the easiest way to take the plunge and make a date. There's a section on being just as happy single as you are in a relationship, which takes a lot of pressure off every first date.</w:t>
      </w:r>
    </w:p>
    <w:p>
      <w:r>
        <w:rPr>
          <w:b w:val="0"/>
        </w:rPr>
        <w:t>You can read the full list of what's inside here:</w:t>
      </w:r>
    </w:p>
    <w:p>
      <w:r>
        <w:rPr>
          <w:b w:val="0"/>
        </w:rPr>
        <w:t>[YOUR HOPLINK]</w:t>
      </w:r>
    </w:p>
    <w:p>
      <w:r>
        <w:rPr>
          <w:b w:val="0"/>
        </w:rPr>
        <w:t>One payment of $47, instant download, and 60 days to ask for a refund if it isn't right for you.</w:t>
      </w:r>
    </w:p>
    <w:p>
      <w:r>
        <w:rPr>
          <w:b w:val="0"/>
        </w:rPr>
        <w:t>Warmly,</w:t>
      </w:r>
    </w:p>
    <w:p>
      <w:r>
        <w:rPr>
          <w:b w:val="0"/>
        </w:rPr>
        <w:t>[Your name]</w:t>
      </w:r>
    </w:p>
    <w:p>
      <w:r>
        <w:rPr>
          <w:b w:val="0"/>
        </w:rPr>
        <w:t>P.S. If a friend of yours is dipping a toe back into dating, this is an easy one to forward.</w:t>
      </w:r>
    </w:p>
    <w:p>
      <w:r>
        <w:rPr>
          <w:b w:val="0"/>
        </w:rPr>
        <w:t>(I may earn a commission if you buy through my link.)</w:t>
      </w:r>
    </w:p>
    <w:p>
      <w:pPr>
        <w:pStyle w:val="Heading3"/>
      </w:pPr>
      <w:r>
        <w:t>6. Evergreen #2 (men, work and dating) - use your confmen link: Same nerves at work and on dates</w:t>
      </w:r>
    </w:p>
    <w:p>
      <w:r>
        <w:rPr>
          <w:b/>
        </w:rPr>
        <w:t>Subject: Same nerves, different room</w:t>
      </w:r>
    </w:p>
    <w:p>
      <w:r>
        <w:rPr>
          <w:b/>
        </w:rPr>
        <w:t>Subject: Speak up in meetings and on dates</w:t>
      </w:r>
    </w:p>
    <w:p>
      <w:r>
        <w:rPr>
          <w:b/>
        </w:rPr>
        <w:t>Subject: Two problems, one book</w:t>
      </w:r>
    </w:p>
    <w:p>
      <w:r>
        <w:rPr>
          <w:b w:val="0"/>
        </w:rPr>
        <w:t>Preview line: Board meetings and first dates have more in common than you think.</w:t>
      </w:r>
    </w:p>
    <w:p>
      <w:r>
        <w:rPr>
          <w:b w:val="0"/>
        </w:rPr>
        <w:t>Hi [First name],</w:t>
      </w:r>
    </w:p>
    <w:p>
      <w:r>
        <w:rPr>
          <w:b w:val="0"/>
        </w:rPr>
        <w:t>If your heart pounds before you speak in a board meeting, there's a good chance the same thing happens when you want to talk to a woman you like. Different room, same nerves.</w:t>
      </w:r>
    </w:p>
    <w:p>
      <w:r>
        <w:rPr>
          <w:b w:val="0"/>
        </w:rPr>
        <w:t>That's why I think Supreme Self-Confidence is good value for men. A lot of dating advice stops at the date. Slade Shaw's guide covers confidence at work as well: a 4-step plan for high-pressure moments like a speech, how to negotiate a higher salary or a pay rise, and how to make a decision without second-guessing yourself and handle the result whether it turns out right or wrong.</w:t>
      </w:r>
    </w:p>
    <w:p>
      <w:r>
        <w:rPr>
          <w:b w:val="0"/>
        </w:rPr>
        <w:t>Then it brings the same steadiness to dating. There are sections on flirting when flirting makes you nervous, keeping conversation and banter going, staying calm when someone pushes your buttons, and a 4-step plan for responding to criticism, for the moment your face goes red and your stomach drops.</w:t>
      </w:r>
    </w:p>
    <w:p>
      <w:r>
        <w:rPr>
          <w:b w:val="0"/>
        </w:rPr>
        <w:t>Here's where you can read the full contents:</w:t>
      </w:r>
    </w:p>
    <w:p>
      <w:r>
        <w:rPr>
          <w:b w:val="0"/>
        </w:rPr>
        <w:t>[YOUR HOPLINK]</w:t>
      </w:r>
    </w:p>
    <w:p>
      <w:r>
        <w:rPr>
          <w:b w:val="0"/>
        </w:rPr>
        <w:t>It's $47 one time, delivered as an instant download with three bonuses, and backed by a 60-day money-back guarantee.</w:t>
      </w:r>
    </w:p>
    <w:p>
      <w:r>
        <w:rPr>
          <w:b w:val="0"/>
        </w:rPr>
        <w:t>All the best,</w:t>
      </w:r>
    </w:p>
    <w:p>
      <w:r>
        <w:rPr>
          <w:b w:val="0"/>
        </w:rPr>
        <w:t>[Your name]</w:t>
      </w:r>
    </w:p>
    <w:p>
      <w:r>
        <w:rPr>
          <w:b w:val="0"/>
        </w:rPr>
        <w:t>P.S. There's also a SWOT exercise for sizing up your own strengths and weak spots, which is useful well beyond dating.</w:t>
      </w:r>
    </w:p>
    <w:p>
      <w:r>
        <w:rPr>
          <w:b w:val="0"/>
        </w:rPr>
        <w:t>(I may earn a commission if you buy through my link.)</w:t>
      </w:r>
    </w:p>
    <w:p>
      <w:pPr>
        <w:pStyle w:val="Heading3"/>
      </w:pPr>
      <w:r>
        <w:t>7. Short P.S.-style (men or women) - use confmen or confwom to match your list, or confn if mixed: Handling the embarrassing moment</w:t>
      </w:r>
    </w:p>
    <w:p>
      <w:r>
        <w:rPr>
          <w:b/>
        </w:rPr>
        <w:t>Subject: The blush that works for you</w:t>
      </w:r>
    </w:p>
    <w:p>
      <w:r>
        <w:rPr>
          <w:b/>
        </w:rPr>
        <w:t>Subject: Handle awkward moments calmly</w:t>
      </w:r>
    </w:p>
    <w:p>
      <w:r>
        <w:rPr>
          <w:b/>
        </w:rPr>
        <w:t>Subject: Quick one</w:t>
      </w:r>
    </w:p>
    <w:p>
      <w:r>
        <w:rPr>
          <w:b w:val="0"/>
        </w:rPr>
        <w:t>Preview line: What to do when your face goes hot mid-sentence.</w:t>
      </w:r>
    </w:p>
    <w:p>
      <w:r>
        <w:rPr>
          <w:b w:val="0"/>
        </w:rPr>
        <w:t>Hi [First name],</w:t>
      </w:r>
    </w:p>
    <w:p>
      <w:r>
        <w:rPr>
          <w:b w:val="0"/>
        </w:rPr>
        <w:t>You trip over a word on a date and feel your face go hot. Slade Shaw's Supreme Self-Confidence has a short section on the attitude to take in that exact moment, and why handling it well can make you more attractive and the date more fun.</w:t>
      </w:r>
    </w:p>
    <w:p>
      <w:r>
        <w:rPr>
          <w:b w:val="0"/>
        </w:rPr>
        <w:t>There are separate editions for men and women, it's $47 once, and there's a 60-day refund if it isn't for you:</w:t>
      </w:r>
    </w:p>
    <w:p>
      <w:r>
        <w:rPr>
          <w:b w:val="0"/>
        </w:rPr>
        <w:t>[YOUR HOPLINK]</w:t>
      </w:r>
    </w:p>
    <w:p>
      <w:r>
        <w:rPr>
          <w:b w:val="0"/>
        </w:rPr>
        <w:t>[Your name]</w:t>
      </w:r>
    </w:p>
    <w:p>
      <w:r>
        <w:rPr>
          <w:b w:val="0"/>
        </w:rPr>
        <w:t>P.S. It's an instant download, so you could read that section tonight.</w:t>
      </w:r>
    </w:p>
    <w:p>
      <w:r>
        <w:rPr>
          <w:b w:val="0"/>
        </w:rPr>
        <w:t>(I may earn a commission if you buy through my link.)</w:t>
      </w:r>
    </w:p>
    <w:p>
      <w:pPr>
        <w:pStyle w:val="Heading3"/>
      </w:pPr>
      <w:r>
        <w:t>8. 5-day launch: day 1 (mixed list: use confn, or confmen/confwom to match your list): The voice that talks you out of it (opens the loop on fear of rejection)</w:t>
      </w:r>
    </w:p>
    <w:p>
      <w:r>
        <w:rPr>
          <w:b/>
        </w:rPr>
        <w:t>Subject: The words were right there, and then</w:t>
      </w:r>
    </w:p>
    <w:p>
      <w:r>
        <w:rPr>
          <w:b/>
        </w:rPr>
        <w:t>Subject: Say what you meant to say, while it counts</w:t>
      </w:r>
    </w:p>
    <w:p>
      <w:r>
        <w:rPr>
          <w:b/>
        </w:rPr>
        <w:t>Subject: Something I'm sending you this week</w:t>
      </w:r>
    </w:p>
    <w:p>
      <w:r>
        <w:rPr>
          <w:b w:val="0"/>
        </w:rPr>
        <w:t>Preview line: That small sensible voice in your head has been running the show for a while.</w:t>
      </w:r>
    </w:p>
    <w:p>
      <w:r>
        <w:rPr>
          <w:b w:val="0"/>
        </w:rPr>
        <w:t>Hi [First name],</w:t>
      </w:r>
    </w:p>
    <w:p>
      <w:r>
        <w:rPr>
          <w:b w:val="0"/>
        </w:rPr>
        <w:t>Think about the last time you wanted to say something and didn't.</w:t>
      </w:r>
    </w:p>
    <w:p>
      <w:r>
        <w:rPr>
          <w:b w:val="0"/>
        </w:rPr>
        <w:t>It could have been hello to someone you liked the look of, your opinion in a meeting, or a simple "would you like to get a coffee sometime?" The words were right there. Then a small voice in your head talked you out of it, and the moment was gone.</w:t>
      </w:r>
    </w:p>
    <w:p>
      <w:r>
        <w:rPr>
          <w:b w:val="0"/>
        </w:rPr>
        <w:t>That voice is very good at its job. It sounds sensible. It tells you that you'll look foolish, that they're busy, that a better moment will come along later. Most of us listen to it for years without once asking whether it's right.</w:t>
      </w:r>
    </w:p>
    <w:p>
      <w:r>
        <w:rPr>
          <w:b w:val="0"/>
        </w:rPr>
        <w:t>Over the next few days I'm going to send you a handful of emails about that voice, because there's a book that deals with it head on. It's called Supreme Self-Confidence, it's by Slade Shaw from Meet Your Sweet, and it comes in separate editions for men and for women.</w:t>
      </w:r>
    </w:p>
    <w:p>
      <w:r>
        <w:rPr>
          <w:b w:val="0"/>
        </w:rPr>
        <w:t>Tomorrow I'll tell you what the book says to do with fear of rejection. Slade's answer is the opposite of what most of us were taught, and it changes what happens in that two-second gap between wanting to speak and staying quiet.</w:t>
      </w:r>
    </w:p>
    <w:p>
      <w:r>
        <w:rPr>
          <w:b w:val="0"/>
        </w:rPr>
        <w:t>If you'd rather read ahead, the page is here:</w:t>
      </w:r>
    </w:p>
    <w:p>
      <w:r>
        <w:rPr>
          <w:b w:val="0"/>
        </w:rPr>
        <w:t>[YOUR HOPLINK]</w:t>
      </w:r>
    </w:p>
    <w:p>
      <w:r>
        <w:rPr>
          <w:b w:val="0"/>
        </w:rPr>
        <w:t>Talk tomorrow,</w:t>
      </w:r>
    </w:p>
    <w:p>
      <w:r>
        <w:rPr>
          <w:b w:val="0"/>
        </w:rPr>
        <w:t>[Your Name]</w:t>
      </w:r>
    </w:p>
    <w:p>
      <w:r>
        <w:rPr>
          <w:b w:val="0"/>
        </w:rPr>
        <w:t>(I may earn a commission if you buy through my link.)</w:t>
      </w:r>
    </w:p>
    <w:p>
      <w:r>
        <w:rPr>
          <w:b w:val="0"/>
        </w:rPr>
        <w:t>P.S. Later this week I'll also cover the other side of that voice: the replay that starts on the drive home, going over every word you said. The book has a technique for that too.</w:t>
      </w:r>
    </w:p>
    <w:p>
      <w:pPr>
        <w:pStyle w:val="Heading3"/>
      </w:pPr>
      <w:r>
        <w:t>9. 5-day launch: day 2 (mixed list: use confn, or confmen/confwom to match your list): Fear of rejection, used for you instead of against you</w:t>
      </w:r>
    </w:p>
    <w:p>
      <w:r>
        <w:rPr>
          <w:b/>
        </w:rPr>
        <w:t>Subject: What to do with the fear instead</w:t>
      </w:r>
    </w:p>
    <w:p>
      <w:r>
        <w:rPr>
          <w:b/>
        </w:rPr>
        <w:t>Subject: Start the conversation even when you're nervous</w:t>
      </w:r>
    </w:p>
    <w:p>
      <w:r>
        <w:rPr>
          <w:b/>
        </w:rPr>
        <w:t>Subject: Day two, as promised</w:t>
      </w:r>
    </w:p>
    <w:p>
      <w:r>
        <w:rPr>
          <w:b w:val="0"/>
        </w:rPr>
        <w:t>Preview line: Most of us were told to push the fear away. Slade Shaw does something else with it.</w:t>
      </w:r>
    </w:p>
    <w:p>
      <w:r>
        <w:rPr>
          <w:b w:val="0"/>
        </w:rPr>
        <w:t>Hi [First name],</w:t>
      </w:r>
    </w:p>
    <w:p>
      <w:r>
        <w:rPr>
          <w:b w:val="0"/>
        </w:rPr>
        <w:t>Yesterday I promised to tell you what Supreme Self-Confidence says about fear of rejection.</w:t>
      </w:r>
    </w:p>
    <w:p>
      <w:r>
        <w:rPr>
          <w:b w:val="0"/>
        </w:rPr>
        <w:t>Most of us were taught to treat that fear like a smoke alarm going off over burnt toast. Ignore it, push past it, tell yourself it's nothing. The trouble is that it never feels like nothing. Your heart is pounding, your mouth is dry, and the person you wanted to talk to is putting their coat on.</w:t>
      </w:r>
    </w:p>
    <w:p>
      <w:r>
        <w:rPr>
          <w:b w:val="0"/>
        </w:rPr>
        <w:t>Slade Shaw goes the other way. In the book he shows you how to use the fear for your benefit, so it stops being the reason you never start the conversation. He pairs that with the two things you must do to get past the anxiety of meeting someone new, and a simple technique to quiet your mind when it races ahead to everything that could go wrong.</w:t>
      </w:r>
    </w:p>
    <w:p>
      <w:r>
        <w:rPr>
          <w:b w:val="0"/>
        </w:rPr>
        <w:t>Here's a thought of my own while you consider it. You never feel that fear around people you don't care about. It turns up when someone matters to you, which makes it worth learning to work with rather than fight.</w:t>
      </w:r>
    </w:p>
    <w:p>
      <w:r>
        <w:rPr>
          <w:b w:val="0"/>
        </w:rPr>
        <w:t>Both editions, the one for men and the one for women, are explained on this page:</w:t>
      </w:r>
    </w:p>
    <w:p>
      <w:r>
        <w:rPr>
          <w:b w:val="0"/>
        </w:rPr>
        <w:t>[YOUR HOPLINK]</w:t>
      </w:r>
    </w:p>
    <w:p>
      <w:r>
        <w:rPr>
          <w:b w:val="0"/>
        </w:rPr>
        <w:t>Tomorrow: the comment someone made that you still haven't stopped thinking about.</w:t>
      </w:r>
    </w:p>
    <w:p>
      <w:r>
        <w:rPr>
          <w:b w:val="0"/>
        </w:rPr>
        <w:t>[Your Name]</w:t>
      </w:r>
    </w:p>
    <w:p>
      <w:r>
        <w:rPr>
          <w:b w:val="0"/>
        </w:rPr>
        <w:t>(I may earn a commission if you buy through my link.)</w:t>
      </w:r>
    </w:p>
    <w:p>
      <w:r>
        <w:rPr>
          <w:b w:val="0"/>
        </w:rPr>
        <w:t>P.S. Supreme Self-Confidence is $47, paid once, with a 60-day money-back guarantee, so you can read the section on rejection and decide for yourself.</w:t>
      </w:r>
    </w:p>
    <w:p>
      <w:pPr>
        <w:pStyle w:val="Heading3"/>
      </w:pPr>
      <w:r>
        <w:t>10. 5-day launch: day 3 (mixed list: use confn, or confmen/confwom to match your list): Criticism and the replay loop: taking comments less personally</w:t>
      </w:r>
    </w:p>
    <w:p>
      <w:r>
        <w:rPr>
          <w:b/>
        </w:rPr>
        <w:t>Subject: The comment you're still replaying</w:t>
      </w:r>
    </w:p>
    <w:p>
      <w:r>
        <w:rPr>
          <w:b/>
        </w:rPr>
        <w:t>Subject: Let criticism roll off without going cold</w:t>
      </w:r>
    </w:p>
    <w:p>
      <w:r>
        <w:rPr>
          <w:b/>
        </w:rPr>
        <w:t>Subject: About that thing someone said</w:t>
      </w:r>
    </w:p>
    <w:p>
      <w:r>
        <w:rPr>
          <w:b w:val="0"/>
        </w:rPr>
        <w:t>Preview line: Why one remark can stay with you for a week, and the plan for the next one.</w:t>
      </w:r>
    </w:p>
    <w:p>
      <w:r>
        <w:rPr>
          <w:b w:val="0"/>
        </w:rPr>
        <w:t>Hi [First name],</w:t>
      </w:r>
    </w:p>
    <w:p>
      <w:r>
        <w:rPr>
          <w:b w:val="0"/>
        </w:rPr>
        <w:t>Has anyone ever said something to you in passing that you were still turning over days later?</w:t>
      </w:r>
    </w:p>
    <w:p>
      <w:r>
        <w:rPr>
          <w:b w:val="0"/>
        </w:rPr>
        <w:t>It doesn't need to be cruel. A friend says you were quiet at dinner. A date says you seem very serious. A colleague says your idea needs work. They forget it a minute later, and you carry it around for a week.</w:t>
      </w:r>
    </w:p>
    <w:p>
      <w:r>
        <w:rPr>
          <w:b w:val="0"/>
        </w:rPr>
        <w:t>Slade Shaw writes in Supreme Self-Confidence that criticism can hit like a physical attack, and the body reacts that way. You freeze, your muscles tighten, your face goes hot and your eyes drop. Then the replay starts, and the inner voice from day one joins in.</w:t>
      </w:r>
    </w:p>
    <w:p>
      <w:r>
        <w:rPr>
          <w:b w:val="0"/>
        </w:rPr>
        <w:t>The book gives you a 4-step plan for responding to criticism in the moment, so you're not left standing there red-faced, plus a section on why we care so much what other people think and how to stop taking their comments personally. There's also a technique for breaking the loop of negative self-talk when it's going round and round at midnight.</w:t>
      </w:r>
    </w:p>
    <w:p>
      <w:r>
        <w:rPr>
          <w:b w:val="0"/>
        </w:rPr>
        <w:t>Confidence with people you like gets a lot easier once a stray remark stops knocking you over for days. You can read more about the book here:</w:t>
      </w:r>
    </w:p>
    <w:p>
      <w:r>
        <w:rPr>
          <w:b w:val="0"/>
        </w:rPr>
        <w:t>[YOUR HOPLINK]</w:t>
      </w:r>
    </w:p>
    <w:p>
      <w:r>
        <w:rPr>
          <w:b w:val="0"/>
        </w:rPr>
        <w:t>Tomorrow I'll get to the part that matters most for anyone who's dating, or hoping to be.</w:t>
      </w:r>
    </w:p>
    <w:p>
      <w:r>
        <w:rPr>
          <w:b w:val="0"/>
        </w:rPr>
        <w:t>[Your Name]</w:t>
      </w:r>
    </w:p>
    <w:p>
      <w:r>
        <w:rPr>
          <w:b w:val="0"/>
        </w:rPr>
        <w:t>(I may earn a commission if you buy through my link.)</w:t>
      </w:r>
    </w:p>
    <w:p>
      <w:r>
        <w:rPr>
          <w:b w:val="0"/>
        </w:rPr>
        <w:t>P.S. There's a separate edition for men and one for women, and the same link shows you both.</w:t>
      </w:r>
    </w:p>
    <w:p>
      <w:pPr>
        <w:pStyle w:val="Heading3"/>
      </w:pPr>
      <w:r>
        <w:t>11. 5-day launch: day 4 (mixed list: use confn, or confmen/confwom to match your list): Needy signals and being happy single</w:t>
      </w:r>
    </w:p>
    <w:p>
      <w:r>
        <w:rPr>
          <w:b/>
        </w:rPr>
        <w:t>Subject: What your texts say before you do</w:t>
      </w:r>
    </w:p>
    <w:p>
      <w:r>
        <w:rPr>
          <w:b/>
        </w:rPr>
        <w:t>Subject: Feel just as good single as with someone</w:t>
      </w:r>
    </w:p>
    <w:p>
      <w:r>
        <w:rPr>
          <w:b/>
        </w:rPr>
        <w:t>Subject: The part about dating</w:t>
      </w:r>
    </w:p>
    <w:p>
      <w:r>
        <w:rPr>
          <w:b w:val="0"/>
        </w:rPr>
        <w:t>Preview line: Sometimes the message goes out before you've typed a word.</w:t>
      </w:r>
    </w:p>
    <w:p>
      <w:r>
        <w:rPr>
          <w:b w:val="0"/>
        </w:rPr>
        <w:t>Hi [First name],</w:t>
      </w:r>
    </w:p>
    <w:p>
      <w:r>
        <w:rPr>
          <w:b w:val="0"/>
        </w:rPr>
        <w:t>Today is the dating part I mentioned.</w:t>
      </w:r>
    </w:p>
    <w:p>
      <w:r>
        <w:rPr>
          <w:b w:val="0"/>
        </w:rPr>
        <w:t>Picture checking your phone for a reply. Then checking it again five minutes later, then a third time, just in case. Nobody sees you do it, and yet some of that feeling leaks out anyway: in how quickly you agree to plans, in how you sit, in the extra apology at the end of a message.</w:t>
      </w:r>
    </w:p>
    <w:p>
      <w:r>
        <w:rPr>
          <w:b w:val="0"/>
        </w:rPr>
        <w:t>Slade Shaw has a section in Supreme Self-Confidence on exactly this, the attitude and body language that read as needy or clingy without you realising, and how to change them. I like this section because it's something you can work on before your next date even starts.</w:t>
      </w:r>
    </w:p>
    <w:p>
      <w:r>
        <w:rPr>
          <w:b w:val="0"/>
        </w:rPr>
        <w:t>Running alongside it is a mindset he spends time on: how to be just as happy single as you are in a great relationship. When you aren't hoping a date will fix how you feel, you stop rushing and you start enjoying the person in front of you. People notice that difference quickly.</w:t>
      </w:r>
    </w:p>
    <w:p>
      <w:r>
        <w:rPr>
          <w:b w:val="0"/>
        </w:rPr>
        <w:t>The book also covers trust in a relationship, and what to do when you get nervous as things become physical, handled sensibly and in plain terms.</w:t>
      </w:r>
    </w:p>
    <w:p>
      <w:r>
        <w:rPr>
          <w:b w:val="0"/>
        </w:rPr>
        <w:t>You can see what's in both editions here:</w:t>
      </w:r>
    </w:p>
    <w:p>
      <w:r>
        <w:rPr>
          <w:b w:val="0"/>
        </w:rPr>
        <w:t>[YOUR HOPLINK]</w:t>
      </w:r>
    </w:p>
    <w:p>
      <w:r>
        <w:rPr>
          <w:b w:val="0"/>
        </w:rPr>
        <w:t>One more email tomorrow and then I'll leave you to it.</w:t>
      </w:r>
    </w:p>
    <w:p>
      <w:r>
        <w:rPr>
          <w:b w:val="0"/>
        </w:rPr>
        <w:t>[Your Name]</w:t>
      </w:r>
    </w:p>
    <w:p>
      <w:r>
        <w:rPr>
          <w:b w:val="0"/>
        </w:rPr>
        <w:t>(I may earn a commission if you buy through my link.)</w:t>
      </w:r>
    </w:p>
    <w:p>
      <w:r>
        <w:rPr>
          <w:b w:val="0"/>
        </w:rPr>
        <w:t>P.S. If you'd like a head start, the men's and women's editions each have their own page, and the link takes you to them.</w:t>
      </w:r>
    </w:p>
    <w:p>
      <w:pPr>
        <w:pStyle w:val="Heading3"/>
      </w:pPr>
      <w:r>
        <w:t>12. 5-day launch: day 5 (mixed list: use confn, or confmen/confwom to match your list): Calm wrap-up of the week: what's in it, price, bonuses, guarantee</w:t>
      </w:r>
    </w:p>
    <w:p>
      <w:r>
        <w:rPr>
          <w:b/>
        </w:rPr>
        <w:t>Subject: Last one on this, and a quick recap</w:t>
      </w:r>
    </w:p>
    <w:p>
      <w:r>
        <w:rPr>
          <w:b/>
        </w:rPr>
        <w:t>Subject: Speak up, date calmer, worry less</w:t>
      </w:r>
    </w:p>
    <w:p>
      <w:r>
        <w:rPr>
          <w:b/>
        </w:rPr>
        <w:t>Subject: Wrapping up the week</w:t>
      </w:r>
    </w:p>
    <w:p>
      <w:r>
        <w:rPr>
          <w:b w:val="0"/>
        </w:rPr>
        <w:t>Preview line: Everything from this week in one place, with the price and the guarantee.</w:t>
      </w:r>
    </w:p>
    <w:p>
      <w:r>
        <w:rPr>
          <w:b w:val="0"/>
        </w:rPr>
        <w:t>Hi [First name],</w:t>
      </w:r>
    </w:p>
    <w:p>
      <w:r>
        <w:rPr>
          <w:b w:val="0"/>
        </w:rPr>
        <w:t>This is my last email about Supreme Self-Confidence for now, so here's the week in one place.</w:t>
      </w:r>
    </w:p>
    <w:p>
      <w:r>
        <w:rPr>
          <w:b w:val="0"/>
        </w:rPr>
        <w:t>We started with the voice that talks you out of things. Then fear of rejection and how Slade Shaw has you use it, then criticism and the replay loop, and yesterday the needy signals that go out before you've said a word.</w:t>
      </w:r>
    </w:p>
    <w:p>
      <w:r>
        <w:rPr>
          <w:b w:val="0"/>
        </w:rPr>
        <w:t>That's a fraction of the book. It also covers walking into a room with good body language, dressing well for your body type, keeping a set of stories and topics ready so conversation keeps flowing, flirting, making the date, talking to groups and even negotiating a pay rise.</w:t>
      </w:r>
    </w:p>
    <w:p>
      <w:r>
        <w:rPr>
          <w:b w:val="0"/>
        </w:rPr>
        <w:t>You also get three bonuses: an audio discussion on mastering your inner game with a dating expert, a self-hypnosis track for overcoming shyness, and a short guide on playful teasing (the women's and men's editions each have their own version).</w:t>
      </w:r>
    </w:p>
    <w:p>
      <w:r>
        <w:rPr>
          <w:b w:val="0"/>
        </w:rPr>
        <w:t>It's $47, paid once, and you can read it on any screen within minutes of ordering. If it doesn't help, you have 60 days to email Meet Your Sweet support for a full refund.</w:t>
      </w:r>
    </w:p>
    <w:p>
      <w:r>
        <w:rPr>
          <w:b w:val="0"/>
        </w:rPr>
        <w:t>Here's the page:</w:t>
      </w:r>
    </w:p>
    <w:p>
      <w:r>
        <w:rPr>
          <w:b w:val="0"/>
        </w:rPr>
        <w:t>[YOUR HOPLINK]</w:t>
      </w:r>
    </w:p>
    <w:p>
      <w:r>
        <w:rPr>
          <w:b w:val="0"/>
        </w:rPr>
        <w:t>Whether you get it or not, thank you for reading along this week.</w:t>
      </w:r>
    </w:p>
    <w:p>
      <w:r>
        <w:rPr>
          <w:b w:val="0"/>
        </w:rPr>
        <w:t>[Your Name]</w:t>
      </w:r>
    </w:p>
    <w:p>
      <w:r>
        <w:rPr>
          <w:b w:val="0"/>
        </w:rPr>
        <w:t>(I may earn a commission if you buy through my link.)</w:t>
      </w:r>
    </w:p>
    <w:p>
      <w:r>
        <w:rPr>
          <w:b w:val="0"/>
        </w:rPr>
        <w:t>P.S. If you only take one thing from this week, take this: the moment you stay quiet is a habit, and habits can be changed. The book shows you how.</w:t>
      </w:r>
    </w:p>
    <w:p>
      <w:pPr>
        <w:pStyle w:val="Heading3"/>
      </w:pPr>
      <w:r>
        <w:t>13. Re-engagement 1 of 2 (women) - use confwom: Re-engagement: the friends-say-he's-wrong test</w:t>
      </w:r>
    </w:p>
    <w:p>
      <w:r>
        <w:rPr>
          <w:b/>
        </w:rPr>
        <w:t>Subject: Your friends see something you don't?</w:t>
      </w:r>
    </w:p>
    <w:p>
      <w:r>
        <w:rPr>
          <w:b/>
        </w:rPr>
        <w:t>Subject: Trust your own judgement about men again</w:t>
      </w:r>
    </w:p>
    <w:p>
      <w:r>
        <w:rPr>
          <w:b/>
        </w:rPr>
        <w:t>Subject: It's been a while, [First name]</w:t>
      </w:r>
    </w:p>
    <w:p>
      <w:r>
        <w:rPr>
          <w:b w:val="0"/>
        </w:rPr>
        <w:t>Preview line: A quick test for when your heart and your friends disagree about a man.</w:t>
      </w:r>
    </w:p>
    <w:p>
      <w:r>
        <w:rPr>
          <w:b w:val="0"/>
        </w:rPr>
        <w:t>Hi [First name],</w:t>
      </w:r>
    </w:p>
    <w:p>
      <w:r>
        <w:rPr>
          <w:b w:val="0"/>
        </w:rPr>
        <w:t>It's been a little while since you opened one of my emails, so I wanted to send you something worth opening.</w:t>
      </w:r>
    </w:p>
    <w:p>
      <w:r>
        <w:rPr>
          <w:b w:val="0"/>
        </w:rPr>
        <w:t>Have you ever been sure about a man while every friend you have was quietly hoping you'd see sense? Or the opposite: you liked someone and then talked yourself out of him because your sister didn't warm to him?</w:t>
      </w:r>
    </w:p>
    <w:p>
      <w:r>
        <w:rPr>
          <w:b w:val="0"/>
        </w:rPr>
        <w:t>Both happen because we stop trusting our own judgement, and then whichever voice is loudest wins.</w:t>
      </w:r>
    </w:p>
    <w:p>
      <w:r>
        <w:rPr>
          <w:b w:val="0"/>
        </w:rPr>
        <w:t>In Supreme Self-Confidence for women, Slade Shaw gives you a simple test for exactly that moment, when your head says he's right for you and the people around you say he isn't. He also lays out the 5 qualities behind good decisions and how to make a choice without changing your mind every other day, which helps with much more than men.</w:t>
      </w:r>
    </w:p>
    <w:p>
      <w:r>
        <w:rPr>
          <w:b w:val="0"/>
        </w:rPr>
        <w:t>The guide is $47 with a 60-day money-back guarantee, and you can read about it here:</w:t>
      </w:r>
    </w:p>
    <w:p>
      <w:r>
        <w:rPr>
          <w:b w:val="0"/>
        </w:rPr>
        <w:t>[YOUR HOPLINK]</w:t>
      </w:r>
    </w:p>
    <w:p>
      <w:r>
        <w:rPr>
          <w:b w:val="0"/>
        </w:rPr>
        <w:t>If this isn't for you any more, no hard feelings at all. I'll send one more note and then leave it there.</w:t>
      </w:r>
    </w:p>
    <w:p>
      <w:r>
        <w:rPr>
          <w:b w:val="0"/>
        </w:rPr>
        <w:t>[Your Name]</w:t>
      </w:r>
    </w:p>
    <w:p>
      <w:r>
        <w:rPr>
          <w:b w:val="0"/>
        </w:rPr>
        <w:t>(I may earn a commission if you buy through my link.)</w:t>
      </w:r>
    </w:p>
    <w:p>
      <w:r>
        <w:rPr>
          <w:b w:val="0"/>
        </w:rPr>
        <w:t>P.S. The women's edition also includes a guide called Hot Relationships: A Saucy Guide to Teasing Your Man, as one of three bonuses.</w:t>
      </w:r>
    </w:p>
    <w:p>
      <w:pPr>
        <w:pStyle w:val="Heading3"/>
      </w:pPr>
      <w:r>
        <w:t>14. Re-engagement 2 of 2 (women) - use confwom: Re-engagement: talking to groups, and a simple 'still want these?' check</w:t>
      </w:r>
    </w:p>
    <w:p>
      <w:r>
        <w:rPr>
          <w:b/>
        </w:rPr>
        <w:t>Subject: Still want these emails from me?</w:t>
      </w:r>
    </w:p>
    <w:p>
      <w:r>
        <w:rPr>
          <w:b/>
        </w:rPr>
        <w:t>Subject: Feel at ease in a room full of people</w:t>
      </w:r>
    </w:p>
    <w:p>
      <w:r>
        <w:rPr>
          <w:b/>
        </w:rPr>
        <w:t>Subject: Quick question for you</w:t>
      </w:r>
    </w:p>
    <w:p>
      <w:r>
        <w:rPr>
          <w:b w:val="0"/>
        </w:rPr>
        <w:t>Preview line: One short question, and one idea for the next time you walk into a crowded room.</w:t>
      </w:r>
    </w:p>
    <w:p>
      <w:r>
        <w:rPr>
          <w:b w:val="0"/>
        </w:rPr>
        <w:t>Hi [First name],</w:t>
      </w:r>
    </w:p>
    <w:p>
      <w:r>
        <w:rPr>
          <w:b w:val="0"/>
        </w:rPr>
        <w:t>Quick question: do you still want to hear from me?</w:t>
      </w:r>
    </w:p>
    <w:p>
      <w:r>
        <w:rPr>
          <w:b w:val="0"/>
        </w:rPr>
        <w:t>If you do, you don't need to do anything. If you'd rather not, the unsubscribe link at the bottom works perfectly well and I won't take it personally.</w:t>
      </w:r>
    </w:p>
    <w:p>
      <w:r>
        <w:rPr>
          <w:b w:val="0"/>
        </w:rPr>
        <w:t>Before you decide, one last idea, because it comes up so often.</w:t>
      </w:r>
    </w:p>
    <w:p>
      <w:r>
        <w:rPr>
          <w:b w:val="0"/>
        </w:rPr>
        <w:t>Plenty of women are lovely company one-to-one and then go quiet the moment there are six people round the table. You usually have plenty to say. The trouble is that a group feels like a stage, and by the time you've worked out how to join in, the conversation has moved on.</w:t>
      </w:r>
    </w:p>
    <w:p>
      <w:r>
        <w:rPr>
          <w:b w:val="0"/>
        </w:rPr>
        <w:t>Supreme Self-Confidence for women has a part on feeling comfortable talking to groups, built up with practice so it gets easier each time, plus how to start a conversation with anyone you've never met. It's practical and you can use it at the next party, wedding or work drinks you go to.</w:t>
      </w:r>
    </w:p>
    <w:p>
      <w:r>
        <w:rPr>
          <w:b w:val="0"/>
        </w:rPr>
        <w:t>Here's where to read about it:</w:t>
      </w:r>
    </w:p>
    <w:p>
      <w:r>
        <w:rPr>
          <w:b w:val="0"/>
        </w:rPr>
        <w:t>[YOUR HOPLINK]</w:t>
      </w:r>
    </w:p>
    <w:p>
      <w:r>
        <w:rPr>
          <w:b w:val="0"/>
        </w:rPr>
        <w:t>Thank you for being on my list, whatever you decide.</w:t>
      </w:r>
    </w:p>
    <w:p>
      <w:r>
        <w:rPr>
          <w:b w:val="0"/>
        </w:rPr>
        <w:t>[Your Name]</w:t>
      </w:r>
    </w:p>
    <w:p>
      <w:r>
        <w:rPr>
          <w:b w:val="0"/>
        </w:rPr>
        <w:t>(I may earn a commission if you buy through my link.)</w:t>
      </w:r>
    </w:p>
    <w:p>
      <w:r>
        <w:rPr>
          <w:b w:val="0"/>
        </w:rPr>
        <w:t>P.S. It's $47, paid once, and the 60-day money-back guarantee means you can try the group section and get a refund if it isn't for you.</w:t>
      </w:r>
    </w:p>
    <w:p>
      <w:pPr>
        <w:pStyle w:val="Heading3"/>
      </w:pPr>
      <w:r>
        <w:t>15. Story-led #1 (men) - use confmen: Picture this: asking for a pay rise</w:t>
      </w:r>
    </w:p>
    <w:p>
      <w:r>
        <w:rPr>
          <w:b/>
        </w:rPr>
        <w:t>Subject: The meeting you've put off twice</w:t>
      </w:r>
    </w:p>
    <w:p>
      <w:r>
        <w:rPr>
          <w:b/>
        </w:rPr>
        <w:t>Subject: Ask for the raise without your voice cracking</w:t>
      </w:r>
    </w:p>
    <w:p>
      <w:r>
        <w:rPr>
          <w:b/>
        </w:rPr>
        <w:t>Subject: This one's about work, mostly</w:t>
      </w:r>
    </w:p>
    <w:p>
      <w:r>
        <w:rPr>
          <w:b w:val="0"/>
        </w:rPr>
        <w:t>Preview line: Picture the walk to your manager's office, and what happens to your nerve on the way.</w:t>
      </w:r>
    </w:p>
    <w:p>
      <w:r>
        <w:rPr>
          <w:b w:val="0"/>
        </w:rPr>
        <w:t>Hi [First name],</w:t>
      </w:r>
    </w:p>
    <w:p>
      <w:r>
        <w:rPr>
          <w:b w:val="0"/>
        </w:rPr>
        <w:t>Picture this for a moment.</w:t>
      </w:r>
    </w:p>
    <w:p>
      <w:r>
        <w:rPr>
          <w:b w:val="0"/>
        </w:rPr>
        <w:t>You've decided today is the day you ask for a pay rise. You've rehearsed it in the car. You know your numbers. Then you're standing outside your manager's door and every point you planned goes soft. You hear yourself say "I was just wondering if maybe at some point..." and you can see the answer on their face before you've finished.</w:t>
      </w:r>
    </w:p>
    <w:p>
      <w:r>
        <w:rPr>
          <w:b w:val="0"/>
        </w:rPr>
        <w:t>If that scene feels familiar, your case was fine. The nerves simply got to the words before you could use them, and a well-prepared man walked out with nothing.</w:t>
      </w:r>
    </w:p>
    <w:p>
      <w:r>
        <w:rPr>
          <w:b w:val="0"/>
        </w:rPr>
        <w:t>Supreme Self-Confidence for men has a whole part on confidence at work. Slade Shaw's book shows you how to negotiate a higher salary for a new job and a pay rise in your current one, how to handle speeches and meetings, and a 4-step plan for anxiety in high-pressure moments. The rest of the book takes the same steadiness into dating: starting conversations, flirting and asking her out.</w:t>
      </w:r>
    </w:p>
    <w:p>
      <w:r>
        <w:rPr>
          <w:b w:val="0"/>
        </w:rPr>
        <w:t>The steadiness you build for that meeting comes with you everywhere else, which is the point of the book.</w:t>
      </w:r>
    </w:p>
    <w:p>
      <w:r>
        <w:rPr>
          <w:b w:val="0"/>
        </w:rPr>
        <w:t>Here's the page:</w:t>
      </w:r>
    </w:p>
    <w:p>
      <w:r>
        <w:rPr>
          <w:b w:val="0"/>
        </w:rPr>
        <w:t>[YOUR HOPLINK]</w:t>
      </w:r>
    </w:p>
    <w:p>
      <w:r>
        <w:rPr>
          <w:b w:val="0"/>
        </w:rPr>
        <w:t>[Your Name]</w:t>
      </w:r>
    </w:p>
    <w:p>
      <w:r>
        <w:rPr>
          <w:b w:val="0"/>
        </w:rPr>
        <w:t>(I may earn a commission if you buy through my link.)</w:t>
      </w:r>
    </w:p>
    <w:p>
      <w:r>
        <w:rPr>
          <w:b w:val="0"/>
        </w:rPr>
        <w:t xml:space="preserve">P.S. It's $47, paid once, with a 60-day money-back guarantee. Read the work chapter before your next review and decide from there: </w:t>
      </w:r>
      <w:r>
        <w:rPr>
          <w:b w:val="0"/>
        </w:rPr>
        <w:t>[YOUR HOPLINK]</w:t>
      </w:r>
    </w:p>
    <w:p>
      <w:pPr>
        <w:pStyle w:val="Heading3"/>
      </w:pPr>
      <w:r>
        <w:t>16. Story-led #2 (women) - use confwom: Picture this: walking into a party where you only know the host</w:t>
      </w:r>
    </w:p>
    <w:p>
      <w:r>
        <w:rPr>
          <w:b/>
        </w:rPr>
        <w:t>Subject: The first ten seconds in the doorway</w:t>
      </w:r>
    </w:p>
    <w:p>
      <w:r>
        <w:rPr>
          <w:b/>
        </w:rPr>
        <w:t>Subject: Walk into any room looking at ease</w:t>
      </w:r>
    </w:p>
    <w:p>
      <w:r>
        <w:rPr>
          <w:b/>
        </w:rPr>
        <w:t>Subject: Picture this with me</w:t>
      </w:r>
    </w:p>
    <w:p>
      <w:r>
        <w:rPr>
          <w:b w:val="0"/>
        </w:rPr>
        <w:t>Preview line: Coat on, drink in hand, and nobody to talk to yet.</w:t>
      </w:r>
    </w:p>
    <w:p>
      <w:r>
        <w:rPr>
          <w:b w:val="0"/>
        </w:rPr>
        <w:t>Hi [First name],</w:t>
      </w:r>
    </w:p>
    <w:p>
      <w:r>
        <w:rPr>
          <w:b w:val="0"/>
        </w:rPr>
        <w:t>Picture this with me.</w:t>
      </w:r>
    </w:p>
    <w:p>
      <w:r>
        <w:rPr>
          <w:b w:val="0"/>
        </w:rPr>
        <w:t>You've been invited to a party where you only know the host, and the host is busy in the kitchen. You stand in the doorway with your coat still on, scanning the room for a friendly face. Within a minute you're holding a drink you didn't want, studying the bookshelf, and wondering how soon you can leave.</w:t>
      </w:r>
    </w:p>
    <w:p>
      <w:r>
        <w:rPr>
          <w:b w:val="0"/>
        </w:rPr>
        <w:t>Now picture the same doorway with a few things changed. You've chosen clothes that suit your shape and you've stopped thinking about them. You walk in with your shoulders back and an easy pace. You notice who looks open to a chat by the way they're standing. And you've got a few stories and topics ready, so the first conversation has somewhere to go.</w:t>
      </w:r>
    </w:p>
    <w:p>
      <w:r>
        <w:rPr>
          <w:b w:val="0"/>
        </w:rPr>
        <w:t>Every one of those changes can be learned, and Slade Shaw covers each piece in Supreme Self-Confidence for women: how to dress well for your body type, how to use body language to walk into a room with style, how to read other people's non-verbal signals and how to build your own backup set of conversation stories.</w:t>
      </w:r>
    </w:p>
    <w:p>
      <w:r>
        <w:rPr>
          <w:b w:val="0"/>
        </w:rPr>
        <w:t>If you'd like the second doorway, start here:</w:t>
      </w:r>
    </w:p>
    <w:p>
      <w:r>
        <w:rPr>
          <w:b w:val="0"/>
        </w:rPr>
        <w:t>[YOUR HOPLINK]</w:t>
      </w:r>
    </w:p>
    <w:p>
      <w:r>
        <w:rPr>
          <w:b w:val="0"/>
        </w:rPr>
        <w:t>[Your Name]</w:t>
      </w:r>
    </w:p>
    <w:p>
      <w:r>
        <w:rPr>
          <w:b w:val="0"/>
        </w:rPr>
        <w:t>(I may earn a commission if you buy through my link.)</w:t>
      </w:r>
    </w:p>
    <w:p>
      <w:r>
        <w:rPr>
          <w:b w:val="0"/>
        </w:rPr>
        <w:t>P.S. The women's edition also comes with a self-hypnosis track called Master Your Confidence Through Overcoming Shyness. Listen to it at home before a big night out, never while driving.</w:t>
      </w:r>
    </w:p>
    <w:p>
      <w:pPr>
        <w:pStyle w:val="Heading3"/>
      </w:pPr>
      <w:r>
        <w:t>17. Story-led #3 (men) - use confmen: Picture this: the first quiet Sunday after a break-up</w:t>
      </w:r>
    </w:p>
    <w:p>
      <w:r>
        <w:rPr>
          <w:b/>
        </w:rPr>
        <w:t>Subject: The first Sunday on your own again</w:t>
      </w:r>
    </w:p>
    <w:p>
      <w:r>
        <w:rPr>
          <w:b/>
        </w:rPr>
        <w:t>Subject: Get your confidence back after a break-up</w:t>
      </w:r>
    </w:p>
    <w:p>
      <w:r>
        <w:rPr>
          <w:b/>
        </w:rPr>
        <w:t>Subject: If you've had a rough few months</w:t>
      </w:r>
    </w:p>
    <w:p>
      <w:r>
        <w:rPr>
          <w:b w:val="0"/>
        </w:rPr>
        <w:t>Preview line: When a break-up takes your confidence with it, here's where to start rebuilding.</w:t>
      </w:r>
    </w:p>
    <w:p>
      <w:r>
        <w:rPr>
          <w:b w:val="0"/>
        </w:rPr>
        <w:t>Hi [First name],</w:t>
      </w:r>
    </w:p>
    <w:p>
      <w:r>
        <w:rPr>
          <w:b w:val="0"/>
        </w:rPr>
        <w:t>Picture the first quiet Sunday after a break-up.</w:t>
      </w:r>
    </w:p>
    <w:p>
      <w:r>
        <w:rPr>
          <w:b w:val="0"/>
        </w:rPr>
        <w:t>The flat is too tidy. There's nobody to ask what you fancy for dinner. You catch yourself scrolling back through old photos and wondering what you'd say to a new woman, and the honest answer is that you've no idea. It's been a long time since you felt sure of yourself.</w:t>
      </w:r>
    </w:p>
    <w:p>
      <w:r>
        <w:rPr>
          <w:b w:val="0"/>
        </w:rPr>
        <w:t>A break-up does more than end a relationship. It can knock the confidence out of everything else as well, at work, with friends and especially with women.</w:t>
      </w:r>
    </w:p>
    <w:p>
      <w:r>
        <w:rPr>
          <w:b w:val="0"/>
        </w:rPr>
        <w:t>Supreme Self-Confidence for men has a section written for this, on how to bounce back from a confidence crisis after a break-up, an affair, losing a job or a death. Slade Shaw also shows you how to let go of past relationship experiences that keep holding you back from meeting someone new, and how to plan a future direction you're excited about.</w:t>
      </w:r>
    </w:p>
    <w:p>
      <w:r>
        <w:rPr>
          <w:b w:val="0"/>
        </w:rPr>
        <w:t>Then the rest of the book gets practical: starting conversations again, flirting without feeling awkward, and making the date when you meet someone you like.</w:t>
      </w:r>
    </w:p>
    <w:p>
      <w:r>
        <w:rPr>
          <w:b w:val="0"/>
        </w:rPr>
        <w:t>Here's where to read about it:</w:t>
      </w:r>
    </w:p>
    <w:p>
      <w:r>
        <w:rPr>
          <w:b w:val="0"/>
        </w:rPr>
        <w:t>[YOUR HOPLINK]</w:t>
      </w:r>
    </w:p>
    <w:p>
      <w:r>
        <w:rPr>
          <w:b w:val="0"/>
        </w:rPr>
        <w:t>Look after yourself.</w:t>
      </w:r>
    </w:p>
    <w:p>
      <w:r>
        <w:rPr>
          <w:b w:val="0"/>
        </w:rPr>
        <w:t>[Your Name]</w:t>
      </w:r>
    </w:p>
    <w:p>
      <w:r>
        <w:rPr>
          <w:b w:val="0"/>
        </w:rPr>
        <w:t>(I may earn a commission if you buy through my link.)</w:t>
      </w:r>
    </w:p>
    <w:p>
      <w:r>
        <w:rPr>
          <w:b w:val="0"/>
        </w:rPr>
        <w:t>P.S. It's $47, paid once, with a 60-day money-back guarantee, and it comes with three bonuses including a self-hypnosis audio for overcoming shyness.</w:t>
      </w:r>
    </w:p>
    <w:p>
      <w:pPr>
        <w:pStyle w:val="Heading3"/>
      </w:pPr>
      <w:r>
        <w:t>18. Myth-busting #1 (women) - use confwom: Myth: the way to get commitment is to push for it</w:t>
      </w:r>
    </w:p>
    <w:p>
      <w:r>
        <w:rPr>
          <w:b/>
        </w:rPr>
        <w:t>Subject: Three ways women ask for commitment</w:t>
      </w:r>
    </w:p>
    <w:p>
      <w:r>
        <w:rPr>
          <w:b/>
        </w:rPr>
        <w:t>Subject: Get closer to a man without pressure</w:t>
      </w:r>
    </w:p>
    <w:p>
      <w:r>
        <w:rPr>
          <w:b/>
        </w:rPr>
        <w:t>Subject: A thought about commitment</w:t>
      </w:r>
    </w:p>
    <w:p>
      <w:r>
        <w:rPr>
          <w:b w:val="0"/>
        </w:rPr>
        <w:t>Preview line: Some of the most common ways to ask for commitment quietly work against you.</w:t>
      </w:r>
    </w:p>
    <w:p>
      <w:r>
        <w:rPr>
          <w:b w:val="0"/>
        </w:rPr>
        <w:t>Hi [First name],</w:t>
      </w:r>
    </w:p>
    <w:p>
      <w:r>
        <w:rPr>
          <w:b w:val="0"/>
        </w:rPr>
        <w:t>There's a piece of advice most women have heard in one form or another: if you want a man to commit, you have to make it happen.</w:t>
      </w:r>
    </w:p>
    <w:p>
      <w:r>
        <w:rPr>
          <w:b w:val="0"/>
        </w:rPr>
        <w:t>Drop hints about the future. Make yourself indispensable. Give him a deadline, or pull back so he worries he'll lose you. It's passed around between friends, magazines and the internet as if it were common sense.</w:t>
      </w:r>
    </w:p>
    <w:p>
      <w:r>
        <w:rPr>
          <w:b w:val="0"/>
        </w:rPr>
        <w:t>Slade Shaw takes it apart in Supreme Self-Confidence for women. He describes 3 strategies many women are taught to use to get a man to commit that wear down his attraction and lower the chances of the long relationship they want. Then he shows you the mindset and approaches that work, positively and without games or manipulation.</w:t>
      </w:r>
    </w:p>
    <w:p>
      <w:r>
        <w:rPr>
          <w:b w:val="0"/>
        </w:rPr>
        <w:t>It fits the whole book, which is about the confidence to be your best self around a man, including disagreeing with him when you do disagree, instead of bending to whatever you think he wants.</w:t>
      </w:r>
    </w:p>
    <w:p>
      <w:r>
        <w:rPr>
          <w:b w:val="0"/>
        </w:rPr>
        <w:t>No book can make another person commit, and this one doesn't pretend to. What it gives you is the confidence to stop pushing away a man who might.</w:t>
      </w:r>
    </w:p>
    <w:p>
      <w:r>
        <w:rPr>
          <w:b w:val="0"/>
        </w:rPr>
        <w:t>Read more here:</w:t>
      </w:r>
    </w:p>
    <w:p>
      <w:r>
        <w:rPr>
          <w:b w:val="0"/>
        </w:rPr>
        <w:t>[YOUR HOPLINK]</w:t>
      </w:r>
    </w:p>
    <w:p>
      <w:r>
        <w:rPr>
          <w:b w:val="0"/>
        </w:rPr>
        <w:t>[Your Name]</w:t>
      </w:r>
    </w:p>
    <w:p>
      <w:r>
        <w:rPr>
          <w:b w:val="0"/>
        </w:rPr>
        <w:t>(I may earn a commission if you buy through my link.)</w:t>
      </w:r>
    </w:p>
    <w:p>
      <w:r>
        <w:rPr>
          <w:b w:val="0"/>
        </w:rPr>
        <w:t>P.S. The women's edition comes with a bonus audio called How To Achieve Mastery of Your Inner Game, a discussion with dating expert Scot McKay.</w:t>
      </w:r>
    </w:p>
    <w:p>
      <w:pPr>
        <w:pStyle w:val="Heading3"/>
      </w:pPr>
      <w:r>
        <w:t>19. Myth-busting #2 (men) - use confmen: Myth: confident men were born that way</w:t>
      </w:r>
    </w:p>
    <w:p>
      <w:r>
        <w:rPr>
          <w:b/>
        </w:rPr>
        <w:t>Subject: The guys who seem born confident</w:t>
      </w:r>
    </w:p>
    <w:p>
      <w:r>
        <w:rPr>
          <w:b/>
        </w:rPr>
        <w:t>Subject: Build confidence the way you'd build muscle</w:t>
      </w:r>
    </w:p>
    <w:p>
      <w:r>
        <w:rPr>
          <w:b/>
        </w:rPr>
        <w:t>Subject: One thing I used to believe</w:t>
      </w:r>
    </w:p>
    <w:p>
      <w:r>
        <w:rPr>
          <w:b w:val="0"/>
        </w:rPr>
        <w:t>Preview line: Charisma looks like a gift. It's a set of things you can work on.</w:t>
      </w:r>
    </w:p>
    <w:p>
      <w:r>
        <w:rPr>
          <w:b w:val="0"/>
        </w:rPr>
        <w:t>Hi [First name],</w:t>
      </w:r>
    </w:p>
    <w:p>
      <w:r>
        <w:rPr>
          <w:b w:val="0"/>
        </w:rPr>
        <w:t>You probably know a man who walks into any room as if he owns it. He chats to strangers, makes women laugh, and never looks worried about what anyone thinks.</w:t>
      </w:r>
    </w:p>
    <w:p>
      <w:r>
        <w:rPr>
          <w:b w:val="0"/>
        </w:rPr>
        <w:t>It's easy to decide he was born like that and you weren't, and then stop trying.</w:t>
      </w:r>
    </w:p>
    <w:p>
      <w:r>
        <w:rPr>
          <w:b w:val="0"/>
        </w:rPr>
        <w:t>Slade Shaw disagrees. In Supreme Self-Confidence for men he explains what shyness actually is and what it isn't, how other people see shy men, and the common fixes that don't work, some of which make confidence worse. He includes case studies of 6 people who raised their self-confidence.</w:t>
      </w:r>
    </w:p>
    <w:p>
      <w:r>
        <w:rPr>
          <w:b w:val="0"/>
        </w:rPr>
        <w:t>Then he gives you the tools to build it the way you'd build strength in a gym. A SWOT analysis so you know which of your strengths to play up and which areas to work on. How to build your own identity and charisma so a woman is drawn to the real you. His 10 essential tips for getting in touch with your masculine side. And a plan for specific, achievable goals so you can see yourself improving.</w:t>
      </w:r>
    </w:p>
    <w:p>
      <w:r>
        <w:rPr>
          <w:b w:val="0"/>
        </w:rPr>
        <w:t>The confident man you're picturing was most likely made, one habit at a time. You can do the same.</w:t>
      </w:r>
    </w:p>
    <w:p>
      <w:r>
        <w:rPr>
          <w:b w:val="0"/>
        </w:rPr>
        <w:t>Here's the page:</w:t>
      </w:r>
    </w:p>
    <w:p>
      <w:r>
        <w:rPr>
          <w:b w:val="0"/>
        </w:rPr>
        <w:t>[YOUR HOPLINK]</w:t>
      </w:r>
    </w:p>
    <w:p>
      <w:r>
        <w:rPr>
          <w:b w:val="0"/>
        </w:rPr>
        <w:t>[Your Name]</w:t>
      </w:r>
    </w:p>
    <w:p>
      <w:r>
        <w:rPr>
          <w:b w:val="0"/>
        </w:rPr>
        <w:t>(I may earn a commission if you buy through my link.)</w:t>
      </w:r>
    </w:p>
    <w:p>
      <w:r>
        <w:rPr>
          <w:b w:val="0"/>
        </w:rPr>
        <w:t>P.S. The men's edition includes a bonus audio with dating expert Marni Kinrys on mastering your inner game, plus a short guide called Tactical Teasing.</w:t>
      </w:r>
    </w:p>
    <w:p>
      <w:pPr>
        <w:pStyle w:val="Heading3"/>
      </w:pPr>
      <w:r>
        <w:t>20. Objection: price (women) - use confwom: Is $47 worth it? What you get for one payment</w:t>
      </w:r>
    </w:p>
    <w:p>
      <w:r>
        <w:rPr>
          <w:b/>
        </w:rPr>
        <w:t>Subject: What $47 buys you here</w:t>
      </w:r>
    </w:p>
    <w:p>
      <w:r>
        <w:rPr>
          <w:b/>
        </w:rPr>
        <w:t>Subject: One payment, three bonuses, 60 days to decide</w:t>
      </w:r>
    </w:p>
    <w:p>
      <w:r>
        <w:rPr>
          <w:b/>
        </w:rPr>
        <w:t>Subject: About the price</w:t>
      </w:r>
    </w:p>
    <w:p>
      <w:r>
        <w:rPr>
          <w:b w:val="0"/>
        </w:rPr>
        <w:t>Preview line: One payment, no subscription, and a long list of what's inside.</w:t>
      </w:r>
    </w:p>
    <w:p>
      <w:r>
        <w:rPr>
          <w:b w:val="0"/>
        </w:rPr>
        <w:t>Hi [First name],</w:t>
      </w:r>
    </w:p>
    <w:p>
      <w:r>
        <w:rPr>
          <w:b w:val="0"/>
        </w:rPr>
        <w:t>If you've been looking at Supreme Self-Confidence and wondering whether it's worth $47, here's the plain picture.</w:t>
      </w:r>
    </w:p>
    <w:p>
      <w:r>
        <w:rPr>
          <w:b w:val="0"/>
        </w:rPr>
        <w:t>It's one payment. There's no monthly fee and nothing else to sign up to. You download the guide straight away and keep it.</w:t>
      </w:r>
    </w:p>
    <w:p>
      <w:r>
        <w:rPr>
          <w:b w:val="0"/>
        </w:rPr>
        <w:t>For that you get Slade Shaw's book for women, covering confidence in dating, relationships, social situations and work. That includes fear of rejection, negative self-talk, criticism, dressing for your body type, conversation and flirting, needy signals, sexual confidence, trust, being happy single and a 3-step method for taking a good relationship further.</w:t>
      </w:r>
    </w:p>
    <w:p>
      <w:r>
        <w:rPr>
          <w:b w:val="0"/>
        </w:rPr>
        <w:t>You also get three bonuses: an audio discussion with dating expert Scot McKay on your inner game, a self-hypnosis track for overcoming shyness, and Hot Relationships: A Saucy Guide to Teasing Your Man.</w:t>
      </w:r>
    </w:p>
    <w:p>
      <w:r>
        <w:rPr>
          <w:b w:val="0"/>
        </w:rPr>
        <w:t>That's about the price of a dinner out, and if you've ever spent an evening out wishing you'd had the nerve to talk to someone, you know which is better value. This is a book you can come back to before every date, interview and awkward family gathering.</w:t>
      </w:r>
    </w:p>
    <w:p>
      <w:r>
        <w:rPr>
          <w:b w:val="0"/>
        </w:rPr>
        <w:t>And if it isn't right for you, you have 60 days to ask for a full refund.</w:t>
      </w:r>
    </w:p>
    <w:p>
      <w:r>
        <w:rPr>
          <w:b w:val="0"/>
        </w:rPr>
        <w:t>Here's the page:</w:t>
      </w:r>
    </w:p>
    <w:p>
      <w:r>
        <w:rPr>
          <w:b w:val="0"/>
        </w:rPr>
        <w:t>[YOUR HOPLINK]</w:t>
      </w:r>
    </w:p>
    <w:p>
      <w:r>
        <w:rPr>
          <w:b w:val="0"/>
        </w:rPr>
        <w:t>[Your Name]</w:t>
      </w:r>
    </w:p>
    <w:p>
      <w:r>
        <w:rPr>
          <w:b w:val="0"/>
        </w:rPr>
        <w:t>(I may earn a commission if you buy through my link.)</w:t>
      </w:r>
    </w:p>
    <w:p>
      <w:r>
        <w:rPr>
          <w:b w:val="0"/>
        </w:rPr>
        <w:t>P.S. You order through ClickBank, the secure checkout used for the guide, and you can be reading in minutes.</w:t>
      </w:r>
    </w:p>
    <w:p>
      <w:pPr>
        <w:pStyle w:val="Heading3"/>
      </w:pPr>
      <w:r>
        <w:t>21. Objection: will it work for me? (men) - use confmen: Will it work for me? Who the men's edition is written for</w:t>
      </w:r>
    </w:p>
    <w:p>
      <w:r>
        <w:rPr>
          <w:b/>
        </w:rPr>
        <w:t>Subject: Will this work for a guy like me?</w:t>
      </w:r>
    </w:p>
    <w:p>
      <w:r>
        <w:rPr>
          <w:b/>
        </w:rPr>
        <w:t>Subject: Confidence for dates, work and nights out</w:t>
      </w:r>
    </w:p>
    <w:p>
      <w:r>
        <w:rPr>
          <w:b/>
        </w:rPr>
        <w:t>Subject: If you're not sure it's for you</w:t>
      </w:r>
    </w:p>
    <w:p>
      <w:r>
        <w:rPr>
          <w:b w:val="0"/>
        </w:rPr>
        <w:t>Preview line: The men's edition covers far more than first dates.</w:t>
      </w:r>
    </w:p>
    <w:p>
      <w:r>
        <w:rPr>
          <w:b w:val="0"/>
        </w:rPr>
        <w:t>Hi [First name],</w:t>
      </w:r>
    </w:p>
    <w:p>
      <w:r>
        <w:rPr>
          <w:b w:val="0"/>
        </w:rPr>
        <w:t>A lot of men look at a book on confidence and think, that's for someone shyer than me, or someone younger, or someone who's never been married.</w:t>
      </w:r>
    </w:p>
    <w:p>
      <w:r>
        <w:rPr>
          <w:b w:val="0"/>
        </w:rPr>
        <w:t>So here's who Supreme Self-Confidence for men is written for.</w:t>
      </w:r>
    </w:p>
    <w:p>
      <w:r>
        <w:rPr>
          <w:b w:val="0"/>
        </w:rPr>
        <w:t>If you're single and freeze up when you meet a woman you like, it shows you how to start a conversation with any woman you've never met, keep it flowing, flirt without feeling silly and make the date.</w:t>
      </w:r>
    </w:p>
    <w:p>
      <w:r>
        <w:rPr>
          <w:b w:val="0"/>
        </w:rPr>
        <w:t>If you're coming out of a break-up, it covers bouncing back from a confidence crisis and letting go of the past.</w:t>
      </w:r>
    </w:p>
    <w:p>
      <w:r>
        <w:rPr>
          <w:b w:val="0"/>
        </w:rPr>
        <w:t>If you're in a relationship, there's a 3-step method to take a good one further and a section on trust.</w:t>
      </w:r>
    </w:p>
    <w:p>
      <w:r>
        <w:rPr>
          <w:b w:val="0"/>
        </w:rPr>
        <w:t>If the nerves show up at work, there are parts on speeches, meetings and negotiating your pay.</w:t>
      </w:r>
    </w:p>
    <w:p>
      <w:r>
        <w:rPr>
          <w:b w:val="0"/>
        </w:rPr>
        <w:t>Slade Shaw also explains why the women you like might not return your calls, and how to stop losing your cool at the moments that matter. There's a three-part section on sexual confidence too.</w:t>
      </w:r>
    </w:p>
    <w:p>
      <w:r>
        <w:rPr>
          <w:b w:val="0"/>
        </w:rPr>
        <w:t>You'll still have to put it into practice. The book gives you something specific to practise, and that's where most men have been missing out.</w:t>
      </w:r>
    </w:p>
    <w:p>
      <w:r>
        <w:rPr>
          <w:b w:val="0"/>
        </w:rPr>
        <w:t>Have a look:</w:t>
      </w:r>
    </w:p>
    <w:p>
      <w:r>
        <w:rPr>
          <w:b w:val="0"/>
        </w:rPr>
        <w:t>[YOUR HOPLINK]</w:t>
      </w:r>
    </w:p>
    <w:p>
      <w:r>
        <w:rPr>
          <w:b w:val="0"/>
        </w:rPr>
        <w:t>[Your Name]</w:t>
      </w:r>
    </w:p>
    <w:p>
      <w:r>
        <w:rPr>
          <w:b w:val="0"/>
        </w:rPr>
        <w:t>(I may earn a commission if you buy through my link.)</w:t>
      </w:r>
    </w:p>
    <w:p>
      <w:r>
        <w:rPr>
          <w:b w:val="0"/>
        </w:rPr>
        <w:t xml:space="preserve">P.S. If you read it and it isn't for you, email Meet Your Sweet support within 60 days for a full refund: </w:t>
      </w:r>
      <w:r>
        <w:rPr>
          <w:b w:val="0"/>
        </w:rPr>
        <w:t>[YOUR HOPLINK]</w:t>
      </w:r>
    </w:p>
    <w:p>
      <w:pPr>
        <w:pStyle w:val="Heading3"/>
      </w:pPr>
      <w:r>
        <w:t>22. Objection: the guarantee (women) - use confwom: How the 60-day money-back guarantee works</w:t>
      </w:r>
    </w:p>
    <w:p>
      <w:r>
        <w:rPr>
          <w:b/>
        </w:rPr>
        <w:t>Subject: What happens if it's not for you</w:t>
      </w:r>
    </w:p>
    <w:p>
      <w:r>
        <w:rPr>
          <w:b/>
        </w:rPr>
        <w:t>Subject: Try it for 60 days, keep it if it helps</w:t>
      </w:r>
    </w:p>
    <w:p>
      <w:r>
        <w:rPr>
          <w:b/>
        </w:rPr>
        <w:t>Subject: About the guarantee</w:t>
      </w:r>
    </w:p>
    <w:p>
      <w:r>
        <w:rPr>
          <w:b w:val="0"/>
        </w:rPr>
        <w:t>Preview line: The whole risk sits with the publisher, and here's how it works.</w:t>
      </w:r>
    </w:p>
    <w:p>
      <w:r>
        <w:rPr>
          <w:b w:val="0"/>
        </w:rPr>
        <w:t>Hi [First name],</w:t>
      </w:r>
    </w:p>
    <w:p>
      <w:r>
        <w:rPr>
          <w:b w:val="0"/>
        </w:rPr>
        <w:t>Before you buy anything to do with confidence, it's fair to ask what happens if it doesn't suit you.</w:t>
      </w:r>
    </w:p>
    <w:p>
      <w:r>
        <w:rPr>
          <w:b w:val="0"/>
        </w:rPr>
        <w:t>Here's how it works with Supreme Self-Confidence.</w:t>
      </w:r>
    </w:p>
    <w:p>
      <w:r>
        <w:rPr>
          <w:b w:val="0"/>
        </w:rPr>
        <w:t>You order the women's edition for one payment of $47 through ClickBank's secure checkout. You get the guide and all three bonuses straight away from the members area.</w:t>
      </w:r>
    </w:p>
    <w:p>
      <w:r>
        <w:rPr>
          <w:b w:val="0"/>
        </w:rPr>
        <w:t>Then you have 60 days. Read it, try the conversation exercises, listen to the shyness audio a few times, use the 4-step plan the next time someone criticises you. If you decide it isn't for you, for any reason, you email Meet Your Sweet support within 60 days of buying and ask for a full refund.</w:t>
      </w:r>
    </w:p>
    <w:p>
      <w:r>
        <w:rPr>
          <w:b w:val="0"/>
        </w:rPr>
        <w:t>That's a long time to test a book properly. It's enough to get through a few dates, a party or two and a difficult conversation at work, and to judge it on what happened rather than on a sales page.</w:t>
      </w:r>
    </w:p>
    <w:p>
      <w:r>
        <w:rPr>
          <w:b w:val="0"/>
        </w:rPr>
        <w:t>Slade Shaw calls it an unconditional guarantee, and the page says you can ask for your money back if you're dissatisfied for any reason.</w:t>
      </w:r>
    </w:p>
    <w:p>
      <w:r>
        <w:rPr>
          <w:b w:val="0"/>
        </w:rPr>
        <w:t>Here's where to start:</w:t>
      </w:r>
    </w:p>
    <w:p>
      <w:r>
        <w:rPr>
          <w:b w:val="0"/>
        </w:rPr>
        <w:t>[YOUR HOPLINK]</w:t>
      </w:r>
    </w:p>
    <w:p>
      <w:r>
        <w:rPr>
          <w:b w:val="0"/>
        </w:rPr>
        <w:t>[Your Name]</w:t>
      </w:r>
    </w:p>
    <w:p>
      <w:r>
        <w:rPr>
          <w:b w:val="0"/>
        </w:rPr>
        <w:t>(I may earn a commission if you buy through my link.)</w:t>
      </w:r>
    </w:p>
    <w:p>
      <w:r>
        <w:rPr>
          <w:b w:val="0"/>
        </w:rPr>
        <w:t>P.S. The guarantee is the reason I'm comfortable passing this on. You read it, and you decide.</w:t>
      </w:r>
    </w:p>
    <w:p>
      <w:pPr>
        <w:pStyle w:val="Heading3"/>
      </w:pPr>
      <w:r>
        <w:t>23. Closing #1 (men) - use confmen: Closing: confident decisions, made once</w:t>
      </w:r>
    </w:p>
    <w:p>
      <w:r>
        <w:rPr>
          <w:b/>
        </w:rPr>
        <w:t>Subject: Still deciding, or decided?</w:t>
      </w:r>
    </w:p>
    <w:p>
      <w:r>
        <w:rPr>
          <w:b/>
        </w:rPr>
        <w:t>Subject: Make decisions and stick to them</w:t>
      </w:r>
    </w:p>
    <w:p>
      <w:r>
        <w:rPr>
          <w:b/>
        </w:rPr>
        <w:t>Subject: Last note from me on this</w:t>
      </w:r>
    </w:p>
    <w:p>
      <w:r>
        <w:rPr>
          <w:b w:val="0"/>
        </w:rPr>
        <w:t>Preview line: The book teaches confident decision-making. This is a good place to start.</w:t>
      </w:r>
    </w:p>
    <w:p>
      <w:r>
        <w:rPr>
          <w:b w:val="0"/>
        </w:rPr>
        <w:t>Hi [First name],</w:t>
      </w:r>
    </w:p>
    <w:p>
      <w:r>
        <w:rPr>
          <w:b w:val="0"/>
        </w:rPr>
        <w:t>This is the last time I'll mention Supreme Self-Confidence for a while, and I want to end on decisions.</w:t>
      </w:r>
    </w:p>
    <w:p>
      <w:r>
        <w:rPr>
          <w:b w:val="0"/>
        </w:rPr>
        <w:t>There's a part of Slade Shaw's book about making decisions confidently. That means choosing without changing your mind every hour, and then handling what happens next, whether it turned out right or wrong. He lists the 5 qualities behind good decisions and shows how being decisive comes across as leadership, which women find attractive.</w:t>
      </w:r>
    </w:p>
    <w:p>
      <w:r>
        <w:rPr>
          <w:b w:val="0"/>
        </w:rPr>
        <w:t>It applies far beyond dating. It's which job to take, when to speak up, whether to call her back.</w:t>
      </w:r>
    </w:p>
    <w:p>
      <w:r>
        <w:rPr>
          <w:b w:val="0"/>
        </w:rPr>
        <w:t>So here's the decision in front of you right now, put simply.</w:t>
      </w:r>
    </w:p>
    <w:p>
      <w:r>
        <w:rPr>
          <w:b w:val="0"/>
        </w:rPr>
        <w:t>If you're happy with how you feel around women, at work and in a crowd, you don't need this, and that's a good place to be.</w:t>
      </w:r>
    </w:p>
    <w:p>
      <w:r>
        <w:rPr>
          <w:b w:val="0"/>
        </w:rPr>
        <w:t>If you're not, the guide is $47, paid once, with three bonuses and a 60-day money-back guarantee. You can be reading it tonight.</w:t>
      </w:r>
    </w:p>
    <w:p>
      <w:r>
        <w:rPr>
          <w:b/>
        </w:rPr>
        <w:t>[YOUR HOPLINK]</w:t>
      </w:r>
    </w:p>
    <w:p>
      <w:r>
        <w:rPr>
          <w:b w:val="0"/>
        </w:rPr>
        <w:t>Either way, decide it today, and then let it go.</w:t>
      </w:r>
    </w:p>
    <w:p>
      <w:r>
        <w:rPr>
          <w:b w:val="0"/>
        </w:rPr>
        <w:t>[Your Name]</w:t>
      </w:r>
    </w:p>
    <w:p>
      <w:r>
        <w:rPr>
          <w:b w:val="0"/>
        </w:rPr>
        <w:t>(I may earn a commission if you buy through my link.)</w:t>
      </w:r>
    </w:p>
    <w:p>
      <w:r>
        <w:rPr>
          <w:b w:val="0"/>
        </w:rPr>
        <w:t>P.S. The self-hypnosis bonus, Master Your Confidence Through Overcoming Shyness, is a calm way to finish the day while the ideas from the book settle in. Listen at home, never while driving.</w:t>
      </w:r>
    </w:p>
    <w:p>
      <w:pPr>
        <w:pStyle w:val="Heading3"/>
      </w:pPr>
      <w:r>
        <w:t>24. Closing #2 (women) - use confwom: Closing: who you'll be at the next first meeting</w:t>
      </w:r>
    </w:p>
    <w:p>
      <w:r>
        <w:rPr>
          <w:b/>
        </w:rPr>
        <w:t>Subject: The next time you meet someone new</w:t>
      </w:r>
    </w:p>
    <w:p>
      <w:r>
        <w:rPr>
          <w:b/>
        </w:rPr>
        <w:t>Subject: Be your best self when it counts</w:t>
      </w:r>
    </w:p>
    <w:p>
      <w:r>
        <w:rPr>
          <w:b/>
        </w:rPr>
        <w:t>Subject: One last thought on confidence</w:t>
      </w:r>
    </w:p>
    <w:p>
      <w:r>
        <w:rPr>
          <w:b w:val="0"/>
        </w:rPr>
        <w:t>Preview line: There will be a next time. The question is how you want to feel when it comes.</w:t>
      </w:r>
    </w:p>
    <w:p>
      <w:r>
        <w:rPr>
          <w:b w:val="0"/>
        </w:rPr>
        <w:t>Hi [First name],</w:t>
      </w:r>
    </w:p>
    <w:p>
      <w:r>
        <w:rPr>
          <w:b w:val="0"/>
        </w:rPr>
        <w:t>Sooner or later, you'll meet someone new who matters.</w:t>
      </w:r>
    </w:p>
    <w:p>
      <w:r>
        <w:rPr>
          <w:b w:val="0"/>
        </w:rPr>
        <w:t>Maybe it's a man at a friend's dinner, a first date from an app, or a new manager on your first day. You won't get to choose when. You do get to choose how ready you are.</w:t>
      </w:r>
    </w:p>
    <w:p>
      <w:r>
        <w:rPr>
          <w:b w:val="0"/>
        </w:rPr>
        <w:t>That's what Supreme Self-Confidence for women is about. Slade Shaw takes you through calming a worried mind, handling fear of rejection, responding to criticism, starting a conversation with anyone, reading body language and walking into a room as if you belong there, because you do.</w:t>
      </w:r>
    </w:p>
    <w:p>
      <w:r>
        <w:rPr>
          <w:b w:val="0"/>
        </w:rPr>
        <w:t>He also covers the things that come after the first meeting: needy signals, trust, sexual confidence, being happy single and taking a good relationship further.</w:t>
      </w:r>
    </w:p>
    <w:p>
      <w:r>
        <w:rPr>
          <w:b w:val="0"/>
        </w:rPr>
        <w:t>I'm not going to tell you this offer ends at midnight, because it doesn't. It's $47 today and it'll be on the same page next week. I'd just rather you had it before the next new person comes along than after.</w:t>
      </w:r>
    </w:p>
    <w:p>
      <w:r>
        <w:rPr>
          <w:b w:val="0"/>
        </w:rPr>
        <w:t>Here it is:</w:t>
      </w:r>
    </w:p>
    <w:p>
      <w:r>
        <w:rPr>
          <w:b w:val="0"/>
        </w:rPr>
        <w:t>[YOUR HOPLINK]</w:t>
      </w:r>
    </w:p>
    <w:p>
      <w:r>
        <w:rPr>
          <w:b w:val="0"/>
        </w:rPr>
        <w:t>Thanks for reading all of these.</w:t>
      </w:r>
    </w:p>
    <w:p>
      <w:r>
        <w:rPr>
          <w:b w:val="0"/>
        </w:rPr>
        <w:t>[Your Name]</w:t>
      </w:r>
    </w:p>
    <w:p>
      <w:r>
        <w:rPr>
          <w:b w:val="0"/>
        </w:rPr>
        <w:t>(I may earn a commission if you buy through my link.)</w:t>
      </w:r>
    </w:p>
    <w:p>
      <w:r>
        <w:rPr>
          <w:b w:val="0"/>
        </w:rPr>
        <w:t>P.S. You have 60 days to decide whether it's right for you, and a full refund if it isn't. That's a lot of first meetings.</w:t>
      </w:r>
    </w:p>
    <w:p>
      <w:pPr>
        <w:pStyle w:val="Heading2"/>
      </w:pPr>
      <w:r>
        <w:t>Supreme Self-Confidence</w:t>
      </w:r>
    </w:p>
    <w:p>
      <w:pPr>
        <w:pStyle w:val="Heading3"/>
      </w:pPr>
      <w:r>
        <w:t>Supreme Self Confidence in Dating, Relationships &amp; Social Situations</w:t>
      </w:r>
    </w:p>
    <w:p>
      <w:r>
        <w:rPr>
          <w:b/>
        </w:rPr>
        <w:t>Subject: Supreme Self Confidence in Dating, Relationships &amp; Social Situations</w:t>
      </w:r>
    </w:p>
    <w:p>
      <w:r>
        <w:rPr>
          <w:b w:val="0"/>
        </w:rPr>
        <w:t>Hi [First name],</w:t>
      </w:r>
    </w:p>
    <w:p>
      <w:r>
        <w:rPr>
          <w:b w:val="0"/>
        </w:rPr>
        <w:t>I've just had the opportunity of reviewing Slade Shaw's brand new book "Supreme Self Confidence in Dating, Relationships and Social Situations" and I have to say it is nothing short</w:t>
      </w:r>
    </w:p>
    <w:p>
      <w:r>
        <w:rPr>
          <w:b w:val="0"/>
        </w:rPr>
        <w:t>of fantastic.</w:t>
      </w:r>
    </w:p>
    <w:p>
      <w:r>
        <w:rPr>
          <w:b w:val="0"/>
        </w:rPr>
        <w:t>I'm absolutely blown away by the quality of the information, and also the audio bonuses that come with it are packed with such powerful information they are worthy of being sold separately</w:t>
      </w:r>
    </w:p>
    <w:p>
      <w:r>
        <w:rPr>
          <w:b w:val="0"/>
        </w:rPr>
        <w:t>themselves.</w:t>
      </w:r>
    </w:p>
    <w:p>
      <w:r>
        <w:rPr>
          <w:b w:val="0"/>
        </w:rPr>
        <w:t>If you've ever been shy when it comes to starting conversations with people who you are attracted to.....</w:t>
      </w:r>
    </w:p>
    <w:p>
      <w:r>
        <w:rPr>
          <w:b w:val="0"/>
        </w:rPr>
        <w:t>If you're regularly overcome by shyness, nervousness and fear, when you are around</w:t>
      </w:r>
    </w:p>
    <w:p>
      <w:r>
        <w:rPr>
          <w:b w:val="0"/>
        </w:rPr>
        <w:t>someone who you've got a crush on.....</w:t>
      </w:r>
    </w:p>
    <w:p>
      <w:r>
        <w:rPr>
          <w:b w:val="0"/>
        </w:rPr>
        <w:t>If you've ever felt like you don't deserve the kind of person that you are REALLY attracted to, and as a result always settle for second best?...</w:t>
      </w:r>
    </w:p>
    <w:p>
      <w:r>
        <w:rPr>
          <w:b w:val="0"/>
        </w:rPr>
        <w:t>If you want to overcome these obstacles and gain absolute supreme self confidence in dating, relationships and social situations then I cannot recommend this book any more highly.</w:t>
      </w:r>
    </w:p>
    <w:p>
      <w:r>
        <w:rPr>
          <w:b w:val="0"/>
        </w:rPr>
        <w:t>And the great thing is, Slade Shaw is so confident in the quality of his book (and it really is amazing), that he's willing to allow you to download it BEFORE paying for it. Now if that isn't risk free, then I don't know what is.</w:t>
      </w:r>
    </w:p>
    <w:p>
      <w:r>
        <w:rPr>
          <w:b w:val="0"/>
        </w:rPr>
        <w:t>I strongly recommend that you go check out the website right now and get this area of your life sorted once and for all.</w:t>
      </w:r>
    </w:p>
    <w:p>
      <w:r>
        <w:rPr>
          <w:b/>
        </w:rPr>
        <w:t>[Link this to [YOUR HOPLINK]]</w:t>
      </w:r>
      <w:r>
        <w:rPr>
          <w:b w:val="0"/>
        </w:rPr>
      </w:r>
    </w:p>
    <w:p>
      <w:r>
        <w:rPr>
          <w:b w:val="0"/>
        </w:rPr>
        <w:t>Your friend,</w:t>
      </w:r>
    </w:p>
    <w:p>
      <w:r>
        <w:rPr>
          <w:b w:val="0"/>
        </w:rPr>
        <w:t>Your Name</w:t>
      </w:r>
    </w:p>
    <w:p>
      <w:r>
        <w:rPr>
          <w:b w:val="0"/>
        </w:rPr>
        <w:t>P.S. If you don't get this area of your life sorted now, when will you?</w:t>
      </w:r>
    </w:p>
    <w:p>
      <w:r>
        <w:rPr>
          <w:b w:val="0"/>
        </w:rPr>
        <w:t>P.P.S. Don't forget, Supreme Self-Confidence comes with a full 60-day money-back guarantee. That's how confident Slade Shaw is that his</w:t>
      </w:r>
    </w:p>
    <w:p>
      <w:r>
        <w:rPr>
          <w:b w:val="0"/>
        </w:rPr>
        <w:t>book will live up to your expectations.</w:t>
      </w:r>
    </w:p>
    <w:p>
      <w:pPr>
        <w:pStyle w:val="Heading3"/>
      </w:pPr>
      <w:r>
        <w:t>Introducing Supreme Self-Confidence - By Slade Shaw</w:t>
      </w:r>
    </w:p>
    <w:p>
      <w:r>
        <w:rPr>
          <w:b/>
        </w:rPr>
        <w:t>Subject: Introducing Supreme Self-Confidence - By Slade Shaw</w:t>
      </w:r>
    </w:p>
    <w:p>
      <w:r>
        <w:rPr>
          <w:b w:val="0"/>
        </w:rPr>
        <w:t>Hi [First name],</w:t>
      </w:r>
    </w:p>
    <w:p>
      <w:r>
        <w:rPr>
          <w:b w:val="0"/>
        </w:rPr>
        <w:t>Do you want to achieve success in your personal life, dating, social situations, career, and relationships? Do you want to harness the ability to set a clear direction in your life and achieve your goals without the fear and frustration of self-doubt? Do you see people more successful than you in life and wonder what their secret is?</w:t>
      </w:r>
    </w:p>
    <w:p>
      <w:r>
        <w:rPr>
          <w:b w:val="0"/>
        </w:rPr>
        <w:t>It all comes down to one crucial ingredient: Self-Confidence.</w:t>
      </w:r>
    </w:p>
    <w:p>
      <w:r>
        <w:rPr>
          <w:b w:val="0"/>
        </w:rPr>
        <w:t>Self-Confidence is central to everything that happens in your life, and is the difference between simply accepting your destiny and waiting for it to happen to you, or the ability to empower yourself and inspire others.</w:t>
      </w:r>
    </w:p>
    <w:p>
      <w:r>
        <w:rPr>
          <w:b w:val="0"/>
        </w:rPr>
        <w:t>So how do you get this unstoppable self-confidence?</w:t>
      </w:r>
    </w:p>
    <w:p>
      <w:r>
        <w:rPr>
          <w:b w:val="0"/>
        </w:rPr>
        <w:t>Slade Shaw of meetysweet.com has just released one of the most comprehensive self-confidence ebooks I have ever seen. This isn't some wishy-washy, touchy-feely self-help guide with affirmations and generic motivating phrases, this is the REAL DEAL.</w:t>
      </w:r>
    </w:p>
    <w:p>
      <w:r>
        <w:rPr>
          <w:b w:val="0"/>
        </w:rPr>
        <w:t>Introducing Supreme Self Confidence!</w:t>
      </w:r>
    </w:p>
    <w:p>
      <w:r>
        <w:rPr>
          <w:b/>
        </w:rPr>
        <w:t>[Link this to [YOUR HOPLINK]]</w:t>
      </w:r>
    </w:p>
    <w:p>
      <w:r>
        <w:rPr>
          <w:b w:val="0"/>
        </w:rPr>
        <w:t>What you are going to learn:</w:t>
      </w:r>
    </w:p>
    <w:p>
      <w:r>
        <w:rPr>
          <w:b w:val="0"/>
        </w:rPr>
        <w:t xml:space="preserve">• </w:t>
      </w:r>
      <w:r>
        <w:rPr>
          <w:b w:val="0"/>
        </w:rPr>
        <w:t>Achieve personal confidence and overcome self-doubt.</w:t>
      </w:r>
    </w:p>
    <w:p>
      <w:r>
        <w:rPr>
          <w:b w:val="0"/>
        </w:rPr>
        <w:t xml:space="preserve">• </w:t>
      </w:r>
      <w:r>
        <w:rPr>
          <w:b w:val="0"/>
        </w:rPr>
        <w:t>Achieve social confidence and create and maintain conversation with strangers.</w:t>
      </w:r>
    </w:p>
    <w:p>
      <w:r>
        <w:rPr>
          <w:b w:val="0"/>
        </w:rPr>
        <w:t xml:space="preserve">• </w:t>
      </w:r>
      <w:r>
        <w:rPr>
          <w:b w:val="0"/>
        </w:rPr>
        <w:t>Achieve confidence in the workplace.</w:t>
      </w:r>
    </w:p>
    <w:p>
      <w:r>
        <w:rPr>
          <w:b w:val="0"/>
        </w:rPr>
        <w:t xml:space="preserve">• </w:t>
      </w:r>
      <w:r>
        <w:rPr>
          <w:b w:val="0"/>
        </w:rPr>
        <w:t>Achieve sexual confidence in attracting men and women, dating, and relationships.</w:t>
      </w:r>
    </w:p>
    <w:p>
      <w:r>
        <w:rPr>
          <w:b w:val="0"/>
        </w:rPr>
        <w:t xml:space="preserve">• </w:t>
      </w:r>
      <w:r>
        <w:rPr>
          <w:b w:val="0"/>
        </w:rPr>
        <w:t>Apply confidence-building techniques to your life such as stress relief, relaxation strategies, goal-setting, SWOT analysis, cognitive behavior therapy, and much more.</w:t>
      </w:r>
    </w:p>
    <w:p>
      <w:r>
        <w:rPr>
          <w:b w:val="0"/>
        </w:rPr>
        <w:t>184 chock-full pages of tips, techniques, and advice that is going to channel your energies into overcoming your worst enemy: YOUR SELF-CONFIDENCE.</w:t>
      </w:r>
    </w:p>
    <w:p>
      <w:r>
        <w:rPr>
          <w:b w:val="0"/>
        </w:rPr>
        <w:t>Supreme Self-Confidence is available for only $47 (it includes a 184-page ebook, plus some amazing bonus audio tracks), and it is available right now.</w:t>
      </w:r>
    </w:p>
    <w:p>
      <w:r>
        <w:rPr>
          <w:b w:val="0"/>
        </w:rPr>
        <w:t>Don't just take my word for it, check it out!</w:t>
      </w:r>
    </w:p>
    <w:p>
      <w:r>
        <w:rPr>
          <w:b/>
        </w:rPr>
        <w:t>[Link this to [YOUR HOPLINK]]</w:t>
      </w:r>
    </w:p>
    <w:p>
      <w:r>
        <w:rPr>
          <w:b w:val="0"/>
        </w:rPr>
        <w:t>Your friend,</w:t>
      </w:r>
    </w:p>
    <w:p>
      <w:r>
        <w:rPr>
          <w:b w:val="0"/>
        </w:rPr>
        <w:t>Your Name</w:t>
      </w:r>
    </w:p>
    <w:p>
      <w:r>
        <w:rPr>
          <w:b w:val="0"/>
        </w:rPr>
        <w:t>P.S. If you don't get this area of your life sorted now, when will you?</w:t>
      </w:r>
    </w:p>
    <w:p>
      <w:r>
        <w:rPr>
          <w:b w:val="0"/>
        </w:rPr>
        <w:t>P.P.S. Don't forget, Supreme Self-Confidence comes with a full 60-day money-back guarantee. That's how confident Slade Shaw is that his</w:t>
      </w:r>
    </w:p>
    <w:p>
      <w:r>
        <w:rPr>
          <w:b w:val="0"/>
        </w:rPr>
        <w:t>book will live up to your expectations.</w:t>
      </w:r>
    </w:p>
    <w:p>
      <w:pPr>
        <w:pStyle w:val="Heading3"/>
      </w:pPr>
      <w:r>
        <w:t>Introducing Supreme Self-Confidence - By Slade Shaw</w:t>
      </w:r>
    </w:p>
    <w:p>
      <w:r>
        <w:rPr>
          <w:b/>
        </w:rPr>
        <w:t>Subject: Introducing Supreme Self-Confidence - By Slade Shaw</w:t>
      </w:r>
    </w:p>
    <w:p>
      <w:r>
        <w:rPr>
          <w:b w:val="0"/>
        </w:rPr>
        <w:t>Hi [First name],</w:t>
      </w:r>
    </w:p>
    <w:p>
      <w:r>
        <w:rPr>
          <w:b w:val="0"/>
        </w:rPr>
        <w:t>Do you what the biggest barrier to success is in your quest for dating or life success?</w:t>
      </w:r>
    </w:p>
    <w:p>
      <w:r>
        <w:rPr>
          <w:b w:val="0"/>
        </w:rPr>
        <w:t>It all comes down to one crucial ingredient: Self-Confidence.</w:t>
      </w:r>
    </w:p>
    <w:p>
      <w:r>
        <w:rPr>
          <w:b w:val="0"/>
        </w:rPr>
        <w:t>Do you worry needlessly about not having the dating success you would really like? Do you get angry at yourself and your inability to excel with the opposite sex? Do you struggle making conversation with strangers? Do you struggle with shyness or not know what to say? Do you fear making a fool of yourself in front of others?</w:t>
      </w:r>
    </w:p>
    <w:p>
      <w:r>
        <w:rPr>
          <w:b w:val="0"/>
        </w:rPr>
        <w:t>Don't spend a moment longer feeling frustrated with your lack of self-confidence. Find out what it takes to be one of those people that mingles easily and makes conversation with others. Be one of the people that others notice, for all the right reasons. Capture people in conversation and inspire them with your self-belief and irresistibility.</w:t>
      </w:r>
    </w:p>
    <w:p>
      <w:r>
        <w:rPr>
          <w:b w:val="0"/>
        </w:rPr>
        <w:t>Self-Confidence is central to everything that happens in your life, in your personal life, social situations, attraction and seduction, dating, as well as in the workplace. If you don't believe in yourself, how are you going to get others to believe in you?</w:t>
      </w:r>
    </w:p>
    <w:p>
      <w:r>
        <w:rPr>
          <w:b w:val="0"/>
        </w:rPr>
        <w:t>Slade Shaw of meetysweet.com has just released one of the most comprehensive self-confidence ebooks I have ever seen. This isn't some wishy-washy, touchy-feely self-help guide with affirmations and generic motivating phrases, this is the REAL DEAL.</w:t>
      </w:r>
    </w:p>
    <w:p>
      <w:r>
        <w:rPr>
          <w:b w:val="0"/>
        </w:rPr>
        <w:t>Introducing Supreme Self Confidence!</w:t>
      </w:r>
    </w:p>
    <w:p>
      <w:r>
        <w:rPr>
          <w:b/>
        </w:rPr>
        <w:t>[Link this to [YOUR HOPLINK]]</w:t>
      </w:r>
    </w:p>
    <w:p>
      <w:r>
        <w:rPr>
          <w:b w:val="0"/>
        </w:rPr>
        <w:t>What you are going to learn:</w:t>
      </w:r>
    </w:p>
    <w:p>
      <w:r>
        <w:rPr>
          <w:b w:val="0"/>
        </w:rPr>
        <w:t xml:space="preserve">• </w:t>
      </w:r>
      <w:r>
        <w:rPr>
          <w:b w:val="0"/>
        </w:rPr>
        <w:t>Achieve personal confidence and overcome self-doubt.</w:t>
      </w:r>
    </w:p>
    <w:p>
      <w:r>
        <w:rPr>
          <w:b w:val="0"/>
        </w:rPr>
        <w:t xml:space="preserve">• </w:t>
      </w:r>
      <w:r>
        <w:rPr>
          <w:b w:val="0"/>
        </w:rPr>
        <w:t>Achieve social confidence and create and maintain conversation with strangers.</w:t>
      </w:r>
    </w:p>
    <w:p>
      <w:r>
        <w:rPr>
          <w:b w:val="0"/>
        </w:rPr>
        <w:t xml:space="preserve">• </w:t>
      </w:r>
      <w:r>
        <w:rPr>
          <w:b w:val="0"/>
        </w:rPr>
        <w:t>Achieve confidence in the workplace.</w:t>
      </w:r>
    </w:p>
    <w:p>
      <w:r>
        <w:rPr>
          <w:b w:val="0"/>
        </w:rPr>
        <w:t xml:space="preserve">• </w:t>
      </w:r>
      <w:r>
        <w:rPr>
          <w:b w:val="0"/>
        </w:rPr>
        <w:t>Achieve sexual confidence in attracting men and women, dating, and relationships.</w:t>
      </w:r>
    </w:p>
    <w:p>
      <w:r>
        <w:rPr>
          <w:b w:val="0"/>
        </w:rPr>
        <w:t xml:space="preserve">• </w:t>
      </w:r>
      <w:r>
        <w:rPr>
          <w:b w:val="0"/>
        </w:rPr>
        <w:t>Apply confidence-building techniques to your life such as stress relief, relaxation strategies, goal-setting, SWOT analysis, cognitive behavior therapy, and much more.</w:t>
      </w:r>
    </w:p>
    <w:p>
      <w:r>
        <w:rPr>
          <w:b w:val="0"/>
        </w:rPr>
        <w:t>184 chock-full pages of tips, techniques, and advice that is going to channel your energies into overcoming your worst enemy: YOUR SELF-CONFIDENCE. Don't live in fear and self-doubt a moment longer.</w:t>
      </w:r>
    </w:p>
    <w:p>
      <w:r>
        <w:rPr>
          <w:b w:val="0"/>
        </w:rPr>
        <w:t>Supreme Self-Confidence is available for only $47 (it includes a 184-page ebook, plus some amazing bonus audio tracks), and it is available right now!</w:t>
      </w:r>
    </w:p>
    <w:p>
      <w:r>
        <w:rPr>
          <w:b w:val="0"/>
        </w:rPr>
        <w:t>Don't just take my word for it, check it out!</w:t>
      </w:r>
    </w:p>
    <w:p>
      <w:r>
        <w:rPr>
          <w:b/>
        </w:rPr>
        <w:t>[Link this to [YOUR HOPLINK]]</w:t>
      </w:r>
    </w:p>
    <w:p>
      <w:r>
        <w:rPr>
          <w:b w:val="0"/>
        </w:rPr>
        <w:t>All the best,</w:t>
      </w:r>
    </w:p>
    <w:p>
      <w:r>
        <w:rPr>
          <w:b w:val="0"/>
        </w:rPr>
        <w:t>Your Name</w:t>
      </w:r>
    </w:p>
    <w:p>
      <w:r>
        <w:rPr>
          <w:b w:val="0"/>
        </w:rPr>
        <w:t>P.S. If you don't get this area of your life sorted now, when will you?</w:t>
      </w:r>
    </w:p>
    <w:p>
      <w:r>
        <w:rPr>
          <w:b w:val="0"/>
        </w:rPr>
        <w:t>P.P.S. Don't forget, Supreme Self-Confidence comes with a full 60-day money-back guarantee. That's how confident Slade Shaw is that his</w:t>
      </w:r>
    </w:p>
    <w:p>
      <w:r>
        <w:rPr>
          <w:b w:val="0"/>
        </w:rPr>
        <w:t>book will live up to your expectations.</w:t>
      </w:r>
    </w:p>
    <w:p>
      <w:pPr>
        <w:pStyle w:val="Heading1"/>
      </w:pPr>
      <w:r>
        <w:t>Newsletter inserts</w:t>
      </w:r>
    </w:p>
    <w:p>
      <w:pPr>
        <w:pStyle w:val="Heading2"/>
      </w:pPr>
      <w:r>
        <w:t>New newsletter inserts (November 2026)</w:t>
      </w:r>
    </w:p>
    <w:p>
      <w:pPr>
        <w:pStyle w:val="Heading3"/>
      </w:pPr>
      <w:r>
        <w:t>Worth reading: why shyness gets mistaken for coldness</w:t>
      </w:r>
    </w:p>
    <w:p>
      <w:r>
        <w:rPr>
          <w:b w:val="0"/>
        </w:rPr>
        <w:t xml:space="preserve">Shy people often get read as uninterested, because others pick up on the nerves and think they've been rejected first. Slade Shaw's Supreme Self-Confidence (men's and women's editions) explains how others see shyness and how to change it in conversation. It's $47 with a 60-day refund: </w:t>
      </w:r>
      <w:r>
        <w:rPr>
          <w:b w:val="0"/>
        </w:rPr>
        <w:t>[YOUR HOPLINK]</w:t>
      </w:r>
      <w:r>
        <w:rPr>
          <w:b w:val="0"/>
        </w:rPr>
        <w:t xml:space="preserve"> (affiliate link)</w:t>
      </w:r>
    </w:p>
    <w:p>
      <w:pPr>
        <w:pStyle w:val="Heading3"/>
      </w:pPr>
      <w:r>
        <w:t>Before your next date</w:t>
      </w:r>
    </w:p>
    <w:p>
      <w:r>
        <w:rPr>
          <w:b w:val="0"/>
        </w:rPr>
        <w:t xml:space="preserve">If you calm pre-date nerves by telling yourself "don't be silly", you may be making them worse. Supreme Self-Confidence opens with what to do with a worried thought instead, then gets practical about conversation, flirting and making the date. Have a look here: </w:t>
      </w:r>
      <w:r>
        <w:rPr>
          <w:b w:val="0"/>
        </w:rPr>
        <w:t>[YOUR HOPLINK]</w:t>
      </w:r>
      <w:r>
        <w:rPr>
          <w:b w:val="0"/>
        </w:rPr>
        <w:t xml:space="preserve"> (affiliate link)</w:t>
      </w:r>
    </w:p>
    <w:p>
      <w:pPr>
        <w:pStyle w:val="Heading3"/>
      </w:pPr>
      <w:r>
        <w:t>Never stuck for something to say</w:t>
      </w:r>
    </w:p>
    <w:p>
      <w:r>
        <w:rPr>
          <w:b w:val="0"/>
        </w:rPr>
        <w:t xml:space="preserve">One idea I keep coming back to: build a small 'backup' set of stories and topics before you go out, so silences stop feeling like a cliff edge. It's one of many practical sections in Supreme Self-Confidence, $47 with a 60-day money-back guarantee: </w:t>
      </w:r>
      <w:r>
        <w:rPr>
          <w:b w:val="0"/>
        </w:rPr>
        <w:t>[YOUR HOPLINK]</w:t>
      </w:r>
      <w:r>
        <w:rPr>
          <w:b w:val="0"/>
        </w:rPr>
        <w:t xml:space="preserve"> (affiliate link)</w:t>
      </w:r>
    </w:p>
    <w:p>
      <w:pPr>
        <w:pStyle w:val="Heading3"/>
      </w:pPr>
      <w:r>
        <w:t>For anyone dating again after a break-up</w:t>
      </w:r>
    </w:p>
    <w:p>
      <w:r>
        <w:rPr>
          <w:b w:val="0"/>
        </w:rPr>
        <w:t xml:space="preserve">Supreme Self-Confidence has a section on bouncing back when a break-up or divorce knocks your confidence, and on letting old relationship experiences go. Separate editions for men and women: </w:t>
      </w:r>
      <w:r>
        <w:rPr>
          <w:b w:val="0"/>
        </w:rPr>
        <w:t>[YOUR HOPLINK]</w:t>
      </w:r>
      <w:r>
        <w:rPr>
          <w:b w:val="0"/>
        </w:rPr>
        <w:t xml:space="preserve"> (affiliate link)</w:t>
      </w:r>
    </w:p>
    <w:p>
      <w:pPr>
        <w:pStyle w:val="Heading3"/>
      </w:pPr>
      <w:r>
        <w:t>What to do with fear of rejection</w:t>
      </w:r>
    </w:p>
    <w:p>
      <w:r>
        <w:rPr>
          <w:b w:val="0"/>
        </w:rPr>
        <w:t xml:space="preserve">Most advice says to push fear of rejection away. In Supreme Self-Confidence, Slade Shaw shows you how to use it for your benefit, so it stops being the reason you never start the conversation. Separate editions for men and women, $47 once, with a 60-day money-back guarantee: </w:t>
      </w:r>
      <w:r>
        <w:rPr>
          <w:b w:val="0"/>
        </w:rPr>
        <w:t>[YOUR HOPLINK]</w:t>
      </w:r>
      <w:r>
        <w:rPr>
          <w:b w:val="0"/>
        </w:rPr>
        <w:t xml:space="preserve"> (affiliate link)</w:t>
      </w:r>
    </w:p>
    <w:p>
      <w:pPr>
        <w:pStyle w:val="Heading3"/>
      </w:pPr>
      <w:r>
        <w:t>When a comment sticks for days</w:t>
      </w:r>
    </w:p>
    <w:p>
      <w:r>
        <w:rPr>
          <w:b w:val="0"/>
        </w:rPr>
        <w:t xml:space="preserve">If one passing remark can ruin your week, Supreme Self-Confidence has a 4-step plan for responding to criticism and a section on why we take comments so personally. It's $47, paid once, with three bonuses. Read about it here: </w:t>
      </w:r>
      <w:r>
        <w:rPr>
          <w:b w:val="0"/>
        </w:rPr>
        <w:t>[YOUR HOPLINK]</w:t>
      </w:r>
      <w:r>
        <w:rPr>
          <w:b w:val="0"/>
        </w:rPr>
        <w:t xml:space="preserve"> (affiliate link)</w:t>
      </w:r>
    </w:p>
    <w:p>
      <w:pPr>
        <w:pStyle w:val="Heading3"/>
      </w:pPr>
      <w:r>
        <w:t>Walk into a room as if you belong there</w:t>
      </w:r>
    </w:p>
    <w:p>
      <w:r>
        <w:rPr>
          <w:b w:val="0"/>
        </w:rPr>
        <w:t xml:space="preserve">Dressing well for your body type, using body language as you walk in, and keeping a few stories ready for the first chat: Supreme Self-Confidence covers all of it for men and for women. One payment of $47 and 60 days to ask for a refund: </w:t>
      </w:r>
      <w:r>
        <w:rPr>
          <w:b w:val="0"/>
        </w:rPr>
        <w:t>[YOUR HOPLINK]</w:t>
      </w:r>
      <w:r>
        <w:rPr>
          <w:b w:val="0"/>
        </w:rPr>
        <w:t xml:space="preserve"> (affiliate link)</w:t>
      </w:r>
    </w:p>
    <w:p>
      <w:pPr>
        <w:pStyle w:val="Heading3"/>
      </w:pPr>
      <w:r>
        <w:t>Just as happy single</w:t>
      </w:r>
    </w:p>
    <w:p>
      <w:r>
        <w:rPr>
          <w:b w:val="0"/>
        </w:rPr>
        <w:t xml:space="preserve">One of the ideas Slade Shaw spends time on in Supreme Self-Confidence is being as happy single as you are in a great relationship, and dropping the needy signals that go out without you noticing. The guide is $47 with a 60-day money-back guarantee: </w:t>
      </w:r>
      <w:r>
        <w:rPr>
          <w:b w:val="0"/>
        </w:rPr>
        <w:t>[YOUR HOPLINK]</w:t>
      </w:r>
      <w:r>
        <w:rPr>
          <w:b w:val="0"/>
        </w:rPr>
        <w:t xml:space="preserve"> (affiliate link)</w:t>
      </w:r>
    </w:p>
    <w:p>
      <w:pPr>
        <w:pStyle w:val="Heading3"/>
      </w:pPr>
      <w:r>
        <w:t>P.S. lines for any email</w:t>
      </w:r>
    </w:p>
    <w:p>
      <w:r>
        <w:rPr>
          <w:b w:val="0"/>
        </w:rPr>
        <w:t xml:space="preserve">P.S. If you freeze when someone you like walks over, Slade Shaw's Supreme Self-Confidence is worth a look ($47, 60-day refund): </w:t>
      </w:r>
      <w:r>
        <w:rPr>
          <w:b w:val="0"/>
        </w:rPr>
        <w:t>[YOUR HOPLINK]</w:t>
      </w:r>
      <w:r>
        <w:rPr>
          <w:b w:val="0"/>
        </w:rPr>
        <w:t xml:space="preserve"> (affiliate link)</w:t>
      </w:r>
    </w:p>
    <w:p>
      <w:r>
        <w:rPr>
          <w:b w:val="0"/>
        </w:rPr>
        <w:t xml:space="preserve">P.S. The person you were too nervous to talk to may think you didn't like them. Here's a practical guide to changing that: </w:t>
      </w:r>
      <w:r>
        <w:rPr>
          <w:b w:val="0"/>
        </w:rPr>
        <w:t>[YOUR HOPLINK]</w:t>
      </w:r>
      <w:r>
        <w:rPr>
          <w:b w:val="0"/>
        </w:rPr>
        <w:t xml:space="preserve"> (affiliate link)</w:t>
      </w:r>
    </w:p>
    <w:p>
      <w:r>
        <w:rPr>
          <w:b w:val="0"/>
        </w:rPr>
        <w:t xml:space="preserve">P.S. Men: if you go blank around a woman you like, the men's edition of Supreme Self-Confidence shows you how to always have something to say: </w:t>
      </w:r>
      <w:r>
        <w:rPr>
          <w:b w:val="0"/>
        </w:rPr>
        <w:t>[YOUR HOPLINK]</w:t>
      </w:r>
      <w:r>
        <w:rPr>
          <w:b w:val="0"/>
        </w:rPr>
        <w:t xml:space="preserve"> (affiliate link)</w:t>
      </w:r>
    </w:p>
    <w:p>
      <w:r>
        <w:rPr>
          <w:b w:val="0"/>
        </w:rPr>
        <w:t xml:space="preserve">P.S. Dating again after a long relationship? This guide has a section on bouncing back from a confidence knock: </w:t>
      </w:r>
      <w:r>
        <w:rPr>
          <w:b w:val="0"/>
        </w:rPr>
        <w:t>[YOUR HOPLINK]</w:t>
      </w:r>
      <w:r>
        <w:rPr>
          <w:b w:val="0"/>
        </w:rPr>
        <w:t xml:space="preserve"> (affiliate link)</w:t>
      </w:r>
    </w:p>
    <w:p>
      <w:pPr>
        <w:pStyle w:val="Heading1"/>
      </w:pPr>
      <w:r>
        <w:t>Social posts and hooks</w:t>
      </w:r>
    </w:p>
    <w:p>
      <w:pPr>
        <w:pStyle w:val="Heading2"/>
      </w:pPr>
      <w:r>
        <w:t>Angles and hooks</w:t>
      </w:r>
    </w:p>
    <w:p>
      <w:r>
        <w:rPr>
          <w:b/>
        </w:rPr>
        <w:t>Angle</w:t>
      </w:r>
      <w:r>
        <w:rPr>
          <w:b w:val="0"/>
        </w:rPr>
        <w:t xml:space="preserve"> | </w:t>
      </w:r>
      <w:r>
        <w:rPr>
          <w:b/>
        </w:rPr>
        <w:t>Who it is for</w:t>
      </w:r>
      <w:r>
        <w:rPr>
          <w:b w:val="0"/>
        </w:rPr>
        <w:t xml:space="preserve"> | </w:t>
      </w:r>
      <w:r>
        <w:rPr>
          <w:b/>
        </w:rPr>
        <w:t>Opening hook</w:t>
      </w:r>
    </w:p>
    <w:p>
      <w:r>
        <w:rPr>
          <w:b/>
        </w:rPr>
        <w:t>Story: the one across the room</w:t>
      </w:r>
    </w:p>
    <w:p>
      <w:r>
        <w:rPr>
          <w:b w:val="0"/>
        </w:rPr>
        <w:t>Almost everyone has lived this moment, and the sales page opens on it.</w:t>
      </w:r>
      <w:r>
        <w:rPr>
          <w:b w:val="0"/>
        </w:rPr>
        <w:t xml:space="preserve"> | </w:t>
      </w:r>
      <w:r>
        <w:rPr>
          <w:b w:val="0"/>
        </w:rPr>
        <w:t>single men and women who freeze before approaching</w:t>
      </w:r>
    </w:p>
    <w:p>
      <w:r>
        <w:rPr>
          <w:b w:val="0"/>
        </w:rPr>
        <w:t>Where: email lists, Facebook groups, dating blogs</w:t>
      </w:r>
      <w:r>
        <w:rPr>
          <w:b w:val="0"/>
        </w:rPr>
        <w:t xml:space="preserve"> | </w:t>
      </w:r>
      <w:r>
        <w:rPr>
          <w:b w:val="0"/>
        </w:rPr>
        <w:t>“You rehearsed the first line three times, and then they put their coat on and left.”</w:t>
      </w:r>
    </w:p>
    <w:p>
      <w:r>
        <w:rPr>
          <w:b/>
        </w:rPr>
        <w:t>Reframe: shyness gets read as coldness</w:t>
      </w:r>
    </w:p>
    <w:p>
      <w:r>
        <w:rPr>
          <w:b w:val="0"/>
        </w:rPr>
        <w:t>A surprising, guilt-free reason to change that comes straight from the guide's point about how others perceive shy people.</w:t>
      </w:r>
      <w:r>
        <w:rPr>
          <w:b w:val="0"/>
        </w:rPr>
        <w:t xml:space="preserve"> | </w:t>
      </w:r>
      <w:r>
        <w:rPr>
          <w:b w:val="0"/>
        </w:rPr>
        <w:t>shy men and women who think people find them aloof</w:t>
      </w:r>
    </w:p>
    <w:p>
      <w:r>
        <w:rPr>
          <w:b w:val="0"/>
        </w:rPr>
        <w:t>Where: email lists, Instagram, TikTok</w:t>
      </w:r>
      <w:r>
        <w:rPr>
          <w:b w:val="0"/>
        </w:rPr>
        <w:t xml:space="preserve"> | </w:t>
      </w:r>
      <w:r>
        <w:rPr>
          <w:b w:val="0"/>
        </w:rPr>
        <w:t>“The person you were too nervous to talk to probably thinks you didn't like them.”</w:t>
      </w:r>
    </w:p>
    <w:p>
      <w:r>
        <w:rPr>
          <w:b/>
        </w:rPr>
        <w:t>Counterintuitive: 'don't be silly' backfires</w:t>
      </w:r>
    </w:p>
    <w:p>
      <w:r>
        <w:rPr>
          <w:b w:val="0"/>
        </w:rPr>
        <w:t>Opens a loop the guide answers in its first section.</w:t>
      </w:r>
      <w:r>
        <w:rPr>
          <w:b w:val="0"/>
        </w:rPr>
        <w:t xml:space="preserve"> | </w:t>
      </w:r>
      <w:r>
        <w:rPr>
          <w:b w:val="0"/>
        </w:rPr>
        <w:t>women who talk themselves down before dates</w:t>
      </w:r>
    </w:p>
    <w:p>
      <w:r>
        <w:rPr>
          <w:b w:val="0"/>
        </w:rPr>
        <w:t>Where: women's newsletters, Pinterest, blogs</w:t>
      </w:r>
      <w:r>
        <w:rPr>
          <w:b w:val="0"/>
        </w:rPr>
        <w:t xml:space="preserve"> | </w:t>
      </w:r>
      <w:r>
        <w:rPr>
          <w:b w:val="0"/>
        </w:rPr>
        <w:t>“The thing you tell yourself to calm down before a date can make the nerves worse.”</w:t>
      </w:r>
    </w:p>
    <w:p>
      <w:r>
        <w:rPr>
          <w:b/>
        </w:rPr>
        <w:t>First impressions stick</w:t>
      </w:r>
    </w:p>
    <w:p>
      <w:r>
        <w:rPr>
          <w:b w:val="0"/>
        </w:rPr>
        <w:t>Turns a vague worry into a concrete stake.</w:t>
      </w:r>
      <w:r>
        <w:rPr>
          <w:b w:val="0"/>
        </w:rPr>
        <w:t xml:space="preserve"> | </w:t>
      </w:r>
      <w:r>
        <w:rPr>
          <w:b w:val="0"/>
        </w:rPr>
        <w:t>men who go blank in conversation</w:t>
      </w:r>
    </w:p>
    <w:p>
      <w:r>
        <w:rPr>
          <w:b w:val="0"/>
        </w:rPr>
        <w:t>Where: men's lifestyle lists, YouTube, X</w:t>
      </w:r>
      <w:r>
        <w:rPr>
          <w:b w:val="0"/>
        </w:rPr>
        <w:t xml:space="preserve"> | </w:t>
      </w:r>
      <w:r>
        <w:rPr>
          <w:b w:val="0"/>
        </w:rPr>
        <w:t>“If she only met the version of you who froze, that is who she thinks you are.”</w:t>
      </w:r>
    </w:p>
    <w:p>
      <w:r>
        <w:rPr>
          <w:b/>
        </w:rPr>
        <w:t>Never run out of things to say</w:t>
      </w:r>
    </w:p>
    <w:p>
      <w:r>
        <w:rPr>
          <w:b w:val="0"/>
        </w:rPr>
        <w:t>The 'backup set' of stories and topics is a tangible, teachable promise.</w:t>
      </w:r>
      <w:r>
        <w:rPr>
          <w:b w:val="0"/>
        </w:rPr>
        <w:t xml:space="preserve"> | </w:t>
      </w:r>
      <w:r>
        <w:rPr>
          <w:b w:val="0"/>
        </w:rPr>
        <w:t>men and women who dread silences on dates</w:t>
      </w:r>
    </w:p>
    <w:p>
      <w:r>
        <w:rPr>
          <w:b w:val="0"/>
        </w:rPr>
        <w:t>Where: email lists, Reels/Shorts</w:t>
      </w:r>
      <w:r>
        <w:rPr>
          <w:b w:val="0"/>
        </w:rPr>
        <w:t xml:space="preserve"> | </w:t>
      </w:r>
      <w:r>
        <w:rPr>
          <w:b w:val="0"/>
        </w:rPr>
        <w:t>“People who always have something to say usually prepared it.”</w:t>
      </w:r>
    </w:p>
    <w:p>
      <w:r>
        <w:rPr>
          <w:b/>
        </w:rPr>
        <w:t>Settling for second best</w:t>
      </w:r>
    </w:p>
    <w:p>
      <w:r>
        <w:rPr>
          <w:b w:val="0"/>
        </w:rPr>
        <w:t>Names a quiet pattern the sales page asks about directly.</w:t>
      </w:r>
      <w:r>
        <w:rPr>
          <w:b w:val="0"/>
        </w:rPr>
        <w:t xml:space="preserve"> | </w:t>
      </w:r>
      <w:r>
        <w:rPr>
          <w:b w:val="0"/>
        </w:rPr>
        <w:t>men and women who don't ask out the people they really like</w:t>
      </w:r>
    </w:p>
    <w:p>
      <w:r>
        <w:rPr>
          <w:b w:val="0"/>
        </w:rPr>
        <w:t>Where: email lists, Facebook</w:t>
      </w:r>
      <w:r>
        <w:rPr>
          <w:b w:val="0"/>
        </w:rPr>
        <w:t xml:space="preserve"> | </w:t>
      </w:r>
      <w:r>
        <w:rPr>
          <w:b w:val="0"/>
        </w:rPr>
        <w:t>“Who did you not ask out because you decided they were out of your league?”</w:t>
      </w:r>
    </w:p>
    <w:p>
      <w:r>
        <w:rPr>
          <w:b/>
        </w:rPr>
        <w:t>Starting over after divorce</w:t>
      </w:r>
    </w:p>
    <w:p>
      <w:r>
        <w:rPr>
          <w:b w:val="0"/>
        </w:rPr>
        <w:t>The guide has a section on bouncing back from a confidence crisis after a break-up.</w:t>
      </w:r>
      <w:r>
        <w:rPr>
          <w:b w:val="0"/>
        </w:rPr>
        <w:t xml:space="preserve"> | </w:t>
      </w:r>
      <w:r>
        <w:rPr>
          <w:b w:val="0"/>
        </w:rPr>
        <w:t>divorced or separated men and women 35-60 returning to dating</w:t>
      </w:r>
    </w:p>
    <w:p>
      <w:r>
        <w:rPr>
          <w:b w:val="0"/>
        </w:rPr>
        <w:t>Where: midlife and divorce-recovery lists, Facebook groups</w:t>
      </w:r>
      <w:r>
        <w:rPr>
          <w:b w:val="0"/>
        </w:rPr>
        <w:t xml:space="preserve"> | </w:t>
      </w:r>
      <w:r>
        <w:rPr>
          <w:b w:val="0"/>
        </w:rPr>
        <w:t>“Fifteen years out of the dating world, and the rules feel written in another language.”</w:t>
      </w:r>
    </w:p>
    <w:p>
      <w:r>
        <w:rPr>
          <w:b/>
        </w:rPr>
        <w:t>Same nerves at work and on dates</w:t>
      </w:r>
    </w:p>
    <w:p>
      <w:r>
        <w:rPr>
          <w:b w:val="0"/>
        </w:rPr>
        <w:t>Work sections (speeches, salary) widen the appeal beyond dating.</w:t>
      </w:r>
      <w:r>
        <w:rPr>
          <w:b w:val="0"/>
        </w:rPr>
        <w:t xml:space="preserve"> | </w:t>
      </w:r>
      <w:r>
        <w:rPr>
          <w:b w:val="0"/>
        </w:rPr>
        <w:t>professionals who freeze in meetings and on dates</w:t>
      </w:r>
    </w:p>
    <w:p>
      <w:r>
        <w:rPr>
          <w:b w:val="0"/>
        </w:rPr>
        <w:t>Where: career and self-improvement lists, LinkedIn-adjacent blogs</w:t>
      </w:r>
      <w:r>
        <w:rPr>
          <w:b w:val="0"/>
        </w:rPr>
        <w:t xml:space="preserve"> | </w:t>
      </w:r>
      <w:r>
        <w:rPr>
          <w:b w:val="0"/>
        </w:rPr>
        <w:t>“The pounding heart before a board meeting and before asking someone out is the same feeling.”</w:t>
      </w:r>
    </w:p>
    <w:p>
      <w:r>
        <w:rPr>
          <w:b/>
        </w:rPr>
        <w:t>Whole, not half</w:t>
      </w:r>
    </w:p>
    <w:p>
      <w:r>
        <w:rPr>
          <w:b w:val="0"/>
        </w:rPr>
        <w:t>Healthy, non-manipulative positioning taken from the sales page's 'most importantly' section.</w:t>
      </w:r>
      <w:r>
        <w:rPr>
          <w:b w:val="0"/>
        </w:rPr>
        <w:t xml:space="preserve"> | </w:t>
      </w:r>
      <w:r>
        <w:rPr>
          <w:b w:val="0"/>
        </w:rPr>
        <w:t>women and men who feel they need a partner to feel complete</w:t>
      </w:r>
    </w:p>
    <w:p>
      <w:r>
        <w:rPr>
          <w:b w:val="0"/>
        </w:rPr>
        <w:t>Where: women's relationship blogs, newsletters</w:t>
      </w:r>
      <w:r>
        <w:rPr>
          <w:b w:val="0"/>
        </w:rPr>
        <w:t xml:space="preserve"> | </w:t>
      </w:r>
      <w:r>
        <w:rPr>
          <w:b w:val="0"/>
        </w:rPr>
        <w:t>“Looking for someone to complete you puts a lot of weight on a first date.”</w:t>
      </w:r>
    </w:p>
    <w:p>
      <w:r>
        <w:rPr>
          <w:b/>
        </w:rPr>
        <w:t>Feel good as you are</w:t>
      </w:r>
    </w:p>
    <w:p>
      <w:r>
        <w:rPr>
          <w:b w:val="0"/>
        </w:rPr>
        <w:t>The guide speaks to body image and dressing well for your body type, without shaming.</w:t>
      </w:r>
      <w:r>
        <w:rPr>
          <w:b w:val="0"/>
        </w:rPr>
        <w:t xml:space="preserve"> | </w:t>
      </w:r>
      <w:r>
        <w:rPr>
          <w:b w:val="0"/>
        </w:rPr>
        <w:t>women and men waiting to lose weight before they date</w:t>
      </w:r>
    </w:p>
    <w:p>
      <w:r>
        <w:rPr>
          <w:b w:val="0"/>
        </w:rPr>
        <w:t>Where: Instagram, Pinterest, women's lists</w:t>
      </w:r>
      <w:r>
        <w:rPr>
          <w:b w:val="0"/>
        </w:rPr>
        <w:t xml:space="preserve"> | </w:t>
      </w:r>
      <w:r>
        <w:rPr>
          <w:b w:val="0"/>
        </w:rPr>
        <w:t>“Are you waiting to lose a few pounds before you let yourself be noticed?”</w:t>
      </w:r>
    </w:p>
    <w:p>
      <w:pPr>
        <w:pStyle w:val="Heading2"/>
      </w:pPr>
      <w:r>
        <w:t>Social media posts</w:t>
      </w:r>
    </w:p>
    <w:p>
      <w:pPr>
        <w:pStyle w:val="Heading3"/>
      </w:pPr>
      <w:r>
        <w:t>Facebook</w:t>
      </w:r>
    </w:p>
    <w:p>
      <w:r>
        <w:rPr>
          <w:b w:val="0"/>
        </w:rPr>
        <w:t>#ad Has this happened to you? You spot someone you'd love to talk to, rehearse a first line in your head, and by the time you're ready they've gone.</w:t>
      </w:r>
    </w:p>
    <w:p>
      <w:r>
        <w:rPr>
          <w:b w:val="0"/>
        </w:rPr>
        <w:t>The annoying part is that shy people often get read as uninterested. They never know you were just nervous.</w:t>
      </w:r>
    </w:p>
    <w:p>
      <w:r>
        <w:rPr>
          <w:b w:val="0"/>
        </w:rPr>
        <w:t xml:space="preserve">I've been reading Slade Shaw's Supreme Self-Confidence (women's edition), and it treats this as a skill you can practise: what shyness is, how others see it, and how to always have something to say. $47, 60-day refund. Affiliate link: </w:t>
      </w:r>
      <w:r>
        <w:rPr>
          <w:b w:val="0"/>
        </w:rPr>
        <w:t>[YOUR HOPLINK]</w:t>
      </w:r>
    </w:p>
    <w:p>
      <w:r>
        <w:rPr>
          <w:b w:val="0"/>
        </w:rPr>
        <w:t>What's the one situation where your confidence disappears? Tell me below.</w:t>
      </w:r>
    </w:p>
    <w:p>
      <w:pPr>
        <w:pStyle w:val="Heading3"/>
      </w:pPr>
      <w:r>
        <w:t>Facebook</w:t>
      </w:r>
    </w:p>
    <w:p>
      <w:r>
        <w:rPr>
          <w:b w:val="0"/>
        </w:rPr>
        <w:t>#ad Guys, honest question. Have you ever not asked a woman out because you decided she was out of your league?</w:t>
      </w:r>
    </w:p>
    <w:p>
      <w:r>
        <w:rPr>
          <w:b w:val="0"/>
        </w:rPr>
        <w:t xml:space="preserve">The men's edition of Supreme Self-Confidence by Slade Shaw goes after that habit, along with going blank in conversation, needy body language and nerves at work. It's a one-time $47 with a 60-day money-back guarantee. Affiliate link: </w:t>
      </w:r>
      <w:r>
        <w:rPr>
          <w:b w:val="0"/>
        </w:rPr>
        <w:t>[YOUR HOPLINK]</w:t>
      </w:r>
    </w:p>
    <w:p>
      <w:r>
        <w:rPr>
          <w:b w:val="0"/>
        </w:rPr>
        <w:t>What would you do differently if nerves weren't a factor?</w:t>
      </w:r>
    </w:p>
    <w:p>
      <w:pPr>
        <w:pStyle w:val="Heading3"/>
      </w:pPr>
      <w:r>
        <w:t>Instagram</w:t>
      </w:r>
    </w:p>
    <w:p>
      <w:r>
        <w:rPr>
          <w:b w:val="0"/>
        </w:rPr>
        <w:t>You don't have to lose five pounds before you're allowed to feel attractive.</w:t>
      </w:r>
    </w:p>
    <w:p>
      <w:r>
        <w:rPr>
          <w:b w:val="0"/>
        </w:rPr>
        <w:t>Supreme Self-Confidence (women's edition) covers dressing well for your body type, walking into a room with relaxed body language, and starting a conversation with a man you've never met.</w:t>
      </w:r>
    </w:p>
    <w:p>
      <w:r>
        <w:rPr>
          <w:b w:val="0"/>
        </w:rPr>
        <w:t>$47 one time, 60-day refund. Link in bio (affiliate link). #ad</w:t>
      </w:r>
    </w:p>
    <w:p>
      <w:r>
        <w:rPr>
          <w:b w:val="0"/>
        </w:rPr>
        <w:t>#ad #confidence #datingtips #selfconfidence #datingover40 #firstdate #shyness #confidentwomen</w:t>
      </w:r>
    </w:p>
    <w:p>
      <w:pPr>
        <w:pStyle w:val="Heading3"/>
      </w:pPr>
      <w:r>
        <w:t>X / Threads</w:t>
      </w:r>
    </w:p>
    <w:p>
      <w:r>
        <w:rPr>
          <w:b w:val="0"/>
        </w:rPr>
        <w:t xml:space="preserve">If she only met the version of you who froze, that's who she thinks you are. Slade Shaw's Supreme Self-Confidence has a men's edition built around fixing exactly that. $47, 60-day refund. #ad </w:t>
      </w:r>
      <w:r>
        <w:rPr>
          <w:b w:val="0"/>
        </w:rPr>
        <w:t>[YOUR HOPLINK]</w:t>
      </w:r>
    </w:p>
    <w:p>
      <w:pPr>
        <w:pStyle w:val="Heading3"/>
      </w:pPr>
      <w:r>
        <w:t>Pinterest</w:t>
      </w:r>
    </w:p>
    <w:p>
      <w:r>
        <w:rPr>
          <w:b w:val="0"/>
        </w:rPr>
        <w:t>Pin title: Stop Freezing When Someone You Like Walks Over</w:t>
      </w:r>
    </w:p>
    <w:p>
      <w:r>
        <w:rPr>
          <w:b w:val="0"/>
        </w:rPr>
        <w:t>Description: A practical guide to confidence in dating and social situations: what to do with a worried thought, how to always have something to say, and how to handle a blush with grace. Supreme Self-Confidence by Slade Shaw, separate editions for women and men. $47, 60-day money-back guarantee. Affiliate link. #ad</w:t>
      </w:r>
    </w:p>
    <w:p>
      <w:r>
        <w:rPr>
          <w:b w:val="0"/>
        </w:rPr>
        <w:t>Board ideas: Dating Tips, Confidence, Dating After Divorce</w:t>
      </w:r>
    </w:p>
    <w:p>
      <w:r>
        <w:rPr>
          <w:b w:val="0"/>
        </w:rPr>
        <w:t>Alt text: A woman in her forties laughing mid-conversation with a man at a cafe table.</w:t>
      </w:r>
    </w:p>
    <w:p>
      <w:r>
        <w:rPr>
          <w:b w:val="0"/>
        </w:rPr>
        <w:t>#ad #datingtips #confidence #selflove #datingadvice #firstdatetips</w:t>
      </w:r>
    </w:p>
    <w:p>
      <w:pPr>
        <w:pStyle w:val="Heading3"/>
      </w:pPr>
      <w:r>
        <w:t>TikTok / Reels / Shorts</w:t>
      </w:r>
    </w:p>
    <w:p>
      <w:r>
        <w:rPr>
          <w:b w:val="0"/>
        </w:rPr>
        <w:t>[0-3s, to camera] The person you were too nervous to talk to probably thinks you didn't like them.</w:t>
      </w:r>
    </w:p>
    <w:p>
      <w:r>
        <w:rPr>
          <w:b w:val="0"/>
        </w:rPr>
        <w:t>[3-10s] Shy people get read as cold. Others feel the nerves and assume you rejected them first.</w:t>
      </w:r>
    </w:p>
    <w:p>
      <w:r>
        <w:rPr>
          <w:b w:val="0"/>
        </w:rPr>
        <w:t>[10-20s] The book I've been reading, Supreme Self-Confidence by Slade Shaw, says the fix starts small: have a few stories and topics ready, read the other person's signals, and stop telling yourself 'don't be silly', which can make nerves worse.</w:t>
      </w:r>
    </w:p>
    <w:p>
      <w:r>
        <w:rPr>
          <w:b w:val="0"/>
        </w:rPr>
        <w:t>[20-30s] There's a men's and a women's edition. It's $47 with a 60-day refund. Link in bio, and yes, it's an affiliate link. #ad</w:t>
      </w:r>
    </w:p>
    <w:p>
      <w:r>
        <w:rPr>
          <w:b w:val="0"/>
        </w:rPr>
        <w:t>#ad #datingadvice #confidence #shyness #firstdate #dating</w:t>
      </w:r>
    </w:p>
    <w:p>
      <w:pPr>
        <w:pStyle w:val="Heading3"/>
      </w:pPr>
      <w:r>
        <w:t>YouTube description</w:t>
      </w:r>
    </w:p>
    <w:p>
      <w:r>
        <w:rPr>
          <w:b w:val="0"/>
        </w:rPr>
        <w:t>This video contains an affiliate link. If you buy through it I may earn a commission at no extra cost to you.</w:t>
      </w:r>
    </w:p>
    <w:p>
      <w:r>
        <w:rPr>
          <w:b w:val="0"/>
        </w:rPr>
        <w:t>Supreme Self-Confidence in Dating, Relationships &amp; Social Situations by Slade Shaw (Meet Your Sweet)</w:t>
      </w:r>
    </w:p>
    <w:p>
      <w:r>
        <w:rPr>
          <w:b w:val="0"/>
        </w:rPr>
        <w:t xml:space="preserve">Men's and women's editions: </w:t>
      </w:r>
      <w:r>
        <w:rPr>
          <w:b w:val="0"/>
        </w:rPr>
        <w:t>[YOUR HOPLINK]</w:t>
      </w:r>
    </w:p>
    <w:p>
      <w:r>
        <w:rPr>
          <w:b w:val="0"/>
        </w:rPr>
        <w:t>What it covers: what to do with a worried thought, fear of rejection, conversation and flirting, handling criticism and embarrassing moments, confidence at work, and bouncing back after a break-up.</w:t>
      </w:r>
    </w:p>
    <w:p>
      <w:r>
        <w:rPr>
          <w:b w:val="0"/>
        </w:rPr>
        <w:t>Price: $47 one-time. Guarantee: 60 days, full refund by email if you're not satisfied.</w:t>
      </w:r>
    </w:p>
    <w:p>
      <w:r>
        <w:rPr>
          <w:b w:val="0"/>
        </w:rPr>
        <w:t>Results vary. This is an ebook with audio bonuses, not therapy or counselling.</w:t>
      </w:r>
    </w:p>
    <w:p>
      <w:pPr>
        <w:pStyle w:val="Heading3"/>
      </w:pPr>
      <w:r>
        <w:t>Story (3 frames)</w:t>
      </w:r>
    </w:p>
    <w:p>
      <w:r>
        <w:rPr>
          <w:b w:val="0"/>
        </w:rPr>
        <w:t>Frame 1: "Ever rehearsed a first line so long they left before you said it?" (poll: Yes / Every time)</w:t>
      </w:r>
    </w:p>
    <w:p>
      <w:r>
        <w:rPr>
          <w:b w:val="0"/>
        </w:rPr>
        <w:t>Frame 2: "Shy people often get read as uninterested. The other person never knows you were nervous."</w:t>
      </w:r>
    </w:p>
    <w:p>
      <w:r>
        <w:rPr>
          <w:b w:val="0"/>
        </w:rPr>
        <w:t xml:space="preserve">Frame 3: "This guide shows you how to change that. Men's + women's editions, $47, 60-day refund." Link sticker to </w:t>
      </w:r>
      <w:r>
        <w:rPr>
          <w:b w:val="0"/>
        </w:rPr>
        <w:t>[YOUR HOPLINK]</w:t>
      </w:r>
      <w:r>
        <w:rPr>
          <w:b w:val="0"/>
        </w:rPr>
        <w:t xml:space="preserve"> with the label 'affiliate link'. #ad</w:t>
      </w:r>
    </w:p>
    <w:sectPr w:rsidR="00FC693F" w:rsidRPr="0006063C" w:rsidSect="00034616">
      <w:pgSz w:w="12240" w:h="15840"/>
      <w:pgMar w:top="1247" w:right="1304" w:bottom="1247" w:left="130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00" w:lineRule="auto"/>
    </w:pPr>
    <w:rPr>
      <w:rFonts w:ascii="Calibri" w:hAnsi="Calibri" w:eastAsia="Calibri"/>
      <w:sz w:val="23"/>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160"/>
      <w:outlineLvl w:val="0"/>
    </w:pPr>
    <w:rPr>
      <w:rFonts w:ascii="Georgia" w:hAnsi="Georgia" w:eastAsia="Georgia" w:cs="Georgia"/>
      <w:b/>
      <w:bCs/>
      <w:color w:val="A11442"/>
      <w:sz w:val="48"/>
      <w:szCs w:val="28"/>
    </w:rPr>
  </w:style>
  <w:style w:type="paragraph" w:styleId="Heading2">
    <w:name w:val="heading 2"/>
    <w:basedOn w:val="Normal"/>
    <w:next w:val="Normal"/>
    <w:link w:val="Heading2Char"/>
    <w:uiPriority w:val="9"/>
    <w:unhideWhenUsed/>
    <w:qFormat/>
    <w:rsid w:val="00FC693F"/>
    <w:pPr>
      <w:keepNext/>
      <w:keepLines/>
      <w:spacing w:before="360" w:after="160"/>
      <w:outlineLvl w:val="1"/>
    </w:pPr>
    <w:rPr>
      <w:rFonts w:ascii="Georgia" w:hAnsi="Georgia" w:eastAsia="Georgia" w:cs="Georgia"/>
      <w:b/>
      <w:bCs/>
      <w:color w:val="A11442"/>
      <w:sz w:val="34"/>
      <w:szCs w:val="26"/>
    </w:rPr>
  </w:style>
  <w:style w:type="paragraph" w:styleId="Heading3">
    <w:name w:val="heading 3"/>
    <w:basedOn w:val="Normal"/>
    <w:next w:val="Normal"/>
    <w:link w:val="Heading3Char"/>
    <w:uiPriority w:val="9"/>
    <w:unhideWhenUsed/>
    <w:qFormat/>
    <w:rsid w:val="00FC693F"/>
    <w:pPr>
      <w:keepNext/>
      <w:keepLines/>
      <w:spacing w:before="360" w:after="160"/>
      <w:outlineLvl w:val="2"/>
    </w:pPr>
    <w:rPr>
      <w:rFonts w:ascii="Georgia" w:hAnsi="Georgia" w:eastAsia="Georgia" w:cs="Georgia"/>
      <w:b/>
      <w:bCs/>
      <w:color w:val="A11442"/>
      <w:sz w:val="27"/>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